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drawing>
          <wp:inline xmlns:a="http://schemas.openxmlformats.org/drawingml/2006/main" xmlns:pic="http://schemas.openxmlformats.org/drawingml/2006/picture">
            <wp:extent cx="3948300" cy="540000"/>
            <wp:docPr id="1" name="FASS and LEWI logos" descr="HKBU Faculty of Arts and Social Sciences, and David C. Lam Institute for East-West Studies"/>
            <wp:cNvGraphicFramePr>
              <a:graphicFrameLocks noChangeAspect="1"/>
            </wp:cNvGraphicFramePr>
            <a:graphic>
              <a:graphicData uri="http://schemas.openxmlformats.org/drawingml/2006/picture">
                <pic:pic>
                  <pic:nvPicPr>
                    <pic:cNvPr id="0" name="form-header-logo.png"/>
                    <pic:cNvPicPr/>
                  </pic:nvPicPr>
                  <pic:blipFill>
                    <a:blip r:embed="rId9"/>
                    <a:stretch>
                      <a:fillRect/>
                    </a:stretch>
                  </pic:blipFill>
                  <pic:spPr>
                    <a:xfrm>
                      <a:off x="0" y="0"/>
                      <a:ext cx="3948300" cy="540000"/>
                    </a:xfrm>
                    <a:prstGeom prst="rect"/>
                  </pic:spPr>
                </pic:pic>
              </a:graphicData>
            </a:graphic>
          </wp:inline>
        </w:drawing>
      </w:r>
    </w:p>
    <w:p>
      <w:pPr>
        <w:spacing w:after="200" w:before="0"/>
        <w:pBdr>
          <w:bottom w:val="single" w:sz="12" w:space="4" w:color="00529C"/>
        </w:pBdr>
      </w:pPr>
      <w:r>
        <w:rPr>
          <w:rFonts w:ascii="Calibri" w:hAnsi="Calibri" w:eastAsia="PingFang TC"/>
          <w:b w:val="0"/>
          <w:i w:val="0"/>
          <w:color w:val="666666"/>
          <w:sz w:val="18"/>
        </w:rPr>
        <w:t/>
      </w:r>
    </w:p>
    <w:p>
      <w:pPr>
        <w:spacing w:after="40" w:before="120"/>
      </w:pPr>
      <w:r>
        <w:rPr>
          <w:rFonts w:ascii="Calibri" w:hAnsi="Calibri" w:eastAsia="PingFang TC"/>
          <w:b/>
          <w:i w:val="0"/>
          <w:sz w:val="34"/>
        </w:rPr>
        <w:t>LEWI SOCIAL IMPACT PARTNERSHIP FUND</w:t>
      </w:r>
    </w:p>
    <w:p>
      <w:pPr>
        <w:spacing w:after="160" w:before="0"/>
      </w:pPr>
      <w:r>
        <w:rPr>
          <w:rFonts w:ascii="Calibri" w:hAnsi="Calibri" w:eastAsia="PingFang TC"/>
          <w:b/>
          <w:i w:val="0"/>
          <w:color w:val="00529C"/>
          <w:sz w:val="25"/>
        </w:rPr>
        <w:t>APPLICATION FORM</w:t>
      </w:r>
    </w:p>
    <w:p>
      <w:pPr>
        <w:spacing w:after="40" w:before="0"/>
      </w:pPr>
      <w:r>
        <w:rPr>
          <w:rFonts w:ascii="Calibri" w:hAnsi="Calibri" w:eastAsia="PingFang TC"/>
          <w:b w:val="0"/>
          <w:i/>
          <w:color w:val="666666"/>
          <w:sz w:val="17"/>
        </w:rPr>
        <w:t>Please complete every section. Type directly into this form, or print and complete it in block letters. Submit the completed form together with all supporting documents as ONE PDF file to lewi@hkbu.edu.hk, with “LEWI Social Impact Partnership Fund Application” in the subject line.</w:t>
      </w:r>
    </w:p>
    <w:p>
      <w:pPr>
        <w:spacing w:after="80" w:before="0"/>
      </w:pPr>
      <w:r>
        <w:rPr>
          <w:rFonts w:ascii="Calibri" w:hAnsi="Calibri" w:eastAsia="PingFang TC"/>
          <w:b w:val="0"/>
          <w:i/>
          <w:color w:val="666666"/>
          <w:sz w:val="17"/>
        </w:rPr>
        <w:t>Application round:  Round 1, 2026/27          Deadline:  31 December 2026</w:t>
      </w:r>
    </w:p>
    <w:p>
      <w:pPr>
        <w:keepNext/>
        <w:spacing w:after="120" w:before="240"/>
        <w:shd w:val="clear" w:color="auto" w:fill="2E4A66"/>
      </w:pPr>
      <w:r>
        <w:rPr>
          <w:rFonts w:ascii="Calibri" w:hAnsi="Calibri" w:eastAsia="PingFang TC"/>
          <w:b/>
          <w:i w:val="0"/>
          <w:color w:val="FFFFFF"/>
          <w:sz w:val="22"/>
        </w:rPr>
        <w:t xml:space="preserve">  SECTION A · PROJECT INFORMATION</w:t>
      </w:r>
    </w:p>
    <w:tbl>
      <w:tblPr>
        <w:tblStyle w:val="TableGrid"/>
        <w:tblW w:type="auto" w:w="0"/>
        <w:jc w:val="left"/>
        <w:tblLayout w:type="fixed"/>
        <w:tblLook w:firstColumn="1" w:firstRow="1" w:lastColumn="0" w:lastRow="0" w:noHBand="0" w:noVBand="1" w:val="04A0"/>
      </w:tblPr>
      <w:tblGrid>
        <w:gridCol w:w="3060"/>
        <w:gridCol w:w="7140"/>
      </w:tblGrid>
      <w:tr>
        <w:tc>
          <w:tcPr>
            <w:tcW w:type="dxa" w:w="3060"/>
            <w:shd w:val="clear" w:color="auto" w:fill="F2F5F8"/>
          </w:tcPr>
          <w:p>
            <w:pPr>
              <w:spacing w:after="40" w:before="40"/>
            </w:pPr>
            <w:r/>
            <w:r>
              <w:rPr>
                <w:rFonts w:ascii="Calibri" w:hAnsi="Calibri" w:eastAsia="PingFang TC"/>
                <w:b/>
                <w:sz w:val="20"/>
              </w:rPr>
              <w:t>Project title (English)</w:t>
            </w:r>
          </w:p>
        </w:tc>
        <w:tc>
          <w:tcPr>
            <w:tcW w:type="dxa" w:w="7140"/>
          </w:tcPr>
          <w:p>
            <w:pPr>
              <w:spacing w:after="40" w:before="40"/>
            </w:pPr>
            <w:r/>
          </w:p>
          <w:p>
            <w:pPr>
              <w:spacing w:after="40" w:before="40"/>
            </w:pPr>
          </w:p>
        </w:tc>
      </w:tr>
      <w:tr>
        <w:tc>
          <w:tcPr>
            <w:tcW w:type="dxa" w:w="3060"/>
            <w:shd w:val="clear" w:color="auto" w:fill="F2F5F8"/>
          </w:tcPr>
          <w:p>
            <w:pPr>
              <w:spacing w:after="40" w:before="40"/>
            </w:pPr>
            <w:r/>
            <w:r>
              <w:rPr>
                <w:rFonts w:ascii="Calibri" w:hAnsi="Calibri" w:eastAsia="PingFang TC"/>
                <w:b/>
                <w:sz w:val="20"/>
              </w:rPr>
              <w:t>Project title (Chinese)</w:t>
            </w:r>
          </w:p>
        </w:tc>
        <w:tc>
          <w:tcPr>
            <w:tcW w:type="dxa" w:w="7140"/>
          </w:tcPr>
          <w:p>
            <w:pPr>
              <w:spacing w:after="40" w:before="40"/>
            </w:pPr>
            <w:r/>
          </w:p>
          <w:p>
            <w:pPr>
              <w:spacing w:after="40" w:before="40"/>
            </w:pPr>
          </w:p>
        </w:tc>
      </w:tr>
      <w:tr>
        <w:tc>
          <w:tcPr>
            <w:tcW w:type="dxa" w:w="3060"/>
            <w:shd w:val="clear" w:color="auto" w:fill="F2F5F8"/>
          </w:tcPr>
          <w:p>
            <w:pPr>
              <w:spacing w:after="40" w:before="40"/>
            </w:pPr>
            <w:r/>
            <w:r>
              <w:rPr>
                <w:rFonts w:ascii="Calibri" w:hAnsi="Calibri" w:eastAsia="PingFang TC"/>
                <w:b/>
                <w:sz w:val="20"/>
              </w:rPr>
              <w:t>Proposed start date</w:t>
            </w:r>
          </w:p>
        </w:tc>
        <w:tc>
          <w:tcPr>
            <w:tcW w:type="dxa" w:w="7140"/>
          </w:tcPr>
          <w:p>
            <w:pPr>
              <w:spacing w:after="40" w:before="40"/>
            </w:pPr>
            <w:r/>
          </w:p>
          <w:p>
            <w:pPr>
              <w:spacing w:after="40" w:before="40"/>
            </w:pPr>
          </w:p>
        </w:tc>
      </w:tr>
      <w:tr>
        <w:tc>
          <w:tcPr>
            <w:tcW w:type="dxa" w:w="3060"/>
            <w:shd w:val="clear" w:color="auto" w:fill="F2F5F8"/>
          </w:tcPr>
          <w:p>
            <w:pPr>
              <w:spacing w:after="40" w:before="40"/>
            </w:pPr>
            <w:r/>
            <w:r>
              <w:rPr>
                <w:rFonts w:ascii="Calibri" w:hAnsi="Calibri" w:eastAsia="PingFang TC"/>
                <w:b/>
                <w:sz w:val="20"/>
              </w:rPr>
              <w:t>Proposed completion date</w:t>
            </w:r>
          </w:p>
        </w:tc>
        <w:tc>
          <w:tcPr>
            <w:tcW w:type="dxa" w:w="7140"/>
          </w:tcPr>
          <w:p>
            <w:pPr>
              <w:spacing w:after="40" w:before="40"/>
            </w:pPr>
            <w:r/>
          </w:p>
          <w:p>
            <w:pPr>
              <w:spacing w:after="40" w:before="40"/>
            </w:pPr>
          </w:p>
        </w:tc>
      </w:tr>
      <w:tr>
        <w:tc>
          <w:tcPr>
            <w:tcW w:type="dxa" w:w="3060"/>
            <w:shd w:val="clear" w:color="auto" w:fill="F2F5F8"/>
          </w:tcPr>
          <w:p>
            <w:pPr>
              <w:spacing w:after="40" w:before="40"/>
            </w:pPr>
            <w:r/>
            <w:r>
              <w:rPr>
                <w:rFonts w:ascii="Calibri" w:hAnsi="Calibri" w:eastAsia="PingFang TC"/>
                <w:b/>
                <w:sz w:val="20"/>
              </w:rPr>
              <w:t>Amount requested (HKD)</w:t>
            </w:r>
          </w:p>
        </w:tc>
        <w:tc>
          <w:tcPr>
            <w:tcW w:type="dxa" w:w="7140"/>
          </w:tcPr>
          <w:p>
            <w:pPr>
              <w:spacing w:after="40" w:before="40"/>
            </w:pPr>
            <w:r/>
          </w:p>
          <w:p>
            <w:pPr>
              <w:spacing w:after="40" w:before="40"/>
            </w:pPr>
          </w:p>
        </w:tc>
      </w:tr>
      <w:tr>
        <w:tc>
          <w:tcPr>
            <w:tcW w:type="dxa" w:w="3060"/>
            <w:shd w:val="clear" w:color="auto" w:fill="F2F5F8"/>
          </w:tcPr>
          <w:p>
            <w:pPr>
              <w:spacing w:after="40" w:before="40"/>
            </w:pPr>
            <w:r/>
            <w:r>
              <w:rPr>
                <w:rFonts w:ascii="Calibri" w:hAnsi="Calibri" w:eastAsia="PingFang TC"/>
                <w:b/>
                <w:sz w:val="20"/>
              </w:rPr>
              <w:t>Project theme(s)</w:t>
            </w:r>
          </w:p>
        </w:tc>
        <w:tc>
          <w:tcPr>
            <w:tcW w:type="dxa" w:w="7140"/>
          </w:tcPr>
          <w:p>
            <w:pPr>
              <w:spacing w:after="40" w:before="40"/>
            </w:pPr>
            <w:r/>
            <w:r>
              <w:rPr>
                <w:rFonts w:ascii="Calibri" w:hAnsi="Calibri" w:eastAsia="PingFang TC"/>
                <w:b w:val="0"/>
                <w:sz w:val="20"/>
              </w:rPr>
              <w:t>☐  Diversity        ☐  Equality        ☐  Social justice</w:t>
            </w:r>
          </w:p>
          <w:p>
            <w:pPr>
              <w:spacing w:after="40"/>
            </w:pPr>
            <w:r>
              <w:t>☐  Community engagement        ☐  Policy innovation</w:t>
            </w:r>
          </w:p>
          <w:p>
            <w:pPr>
              <w:spacing w:after="40"/>
            </w:pPr>
            <w:r>
              <w:t>☐  Other (please specify):  ____________________________________________</w:t>
            </w:r>
          </w:p>
        </w:tc>
      </w:tr>
    </w:tbl>
    <w:p>
      <w:pPr>
        <w:spacing w:after="60" w:before="160"/>
      </w:pPr>
      <w:r>
        <w:rPr>
          <w:rFonts w:ascii="Calibri" w:hAnsi="Calibri" w:eastAsia="PingFang TC"/>
          <w:b/>
          <w:i w:val="0"/>
          <w:sz w:val="20"/>
        </w:rPr>
        <w:t>Project summary (not more than 150 words)</w:t>
      </w:r>
    </w:p>
    <w:tbl>
      <w:tblPr>
        <w:tblStyle w:val="TableGrid"/>
        <w:tblW w:type="auto" w:w="0"/>
        <w:jc w:val="left"/>
        <w:tblLayout w:type="fixed"/>
        <w:tblLook w:firstColumn="1" w:firstRow="1" w:lastColumn="0" w:lastRow="0" w:noHBand="0" w:noVBand="1" w:val="04A0"/>
      </w:tblPr>
      <w:tblGrid>
        <w:gridCol w:w="10200"/>
      </w:tblGrid>
      <w:tr>
        <w:tc>
          <w:tcPr>
            <w:tcW w:type="dxa" w:w="10200"/>
          </w:tcPr>
          <w:p>
            <w:pPr>
              <w:spacing w:after="40" w:before="40"/>
            </w:pPr>
            <w:r/>
          </w:p>
          <w:p>
            <w:pPr>
              <w:spacing w:after="40" w:before="40"/>
            </w:pPr>
          </w:p>
          <w:p>
            <w:pPr>
              <w:spacing w:after="40" w:before="40"/>
            </w:pPr>
          </w:p>
          <w:p>
            <w:pPr>
              <w:spacing w:after="40" w:before="40"/>
            </w:pPr>
          </w:p>
          <w:p>
            <w:pPr>
              <w:spacing w:after="40" w:before="40"/>
            </w:pPr>
          </w:p>
          <w:p>
            <w:pPr>
              <w:spacing w:after="40" w:before="40"/>
            </w:pPr>
          </w:p>
          <w:p>
            <w:pPr>
              <w:spacing w:after="40" w:before="40"/>
            </w:pPr>
          </w:p>
        </w:tc>
      </w:tr>
    </w:tbl>
    <w:p>
      <w:pPr>
        <w:spacing w:after="60" w:before="160"/>
      </w:pPr>
      <w:r>
        <w:rPr>
          <w:rFonts w:ascii="Calibri" w:hAnsi="Calibri" w:eastAsia="PingFang TC"/>
          <w:b/>
          <w:i w:val="0"/>
          <w:sz w:val="20"/>
        </w:rPr>
        <w:t>Sustainable Development Goals — tick the SDG(s) the project addresses</w:t>
      </w:r>
    </w:p>
    <w:tbl>
      <w:tblPr>
        <w:tblStyle w:val="TableGrid"/>
        <w:tblW w:type="auto" w:w="0"/>
        <w:jc w:val="left"/>
        <w:tblLayout w:type="fixed"/>
        <w:tblLook w:firstColumn="1" w:firstRow="1" w:lastColumn="0" w:lastRow="0" w:noHBand="0" w:noVBand="1" w:val="04A0"/>
      </w:tblPr>
      <w:tblGrid>
        <w:gridCol w:w="3400"/>
        <w:gridCol w:w="3400"/>
        <w:gridCol w:w="3400"/>
      </w:tblGrid>
      <w:tr>
        <w:tc>
          <w:tcPr>
            <w:tcW w:type="dxa" w:w="3400"/>
          </w:tcPr>
          <w:p>
            <w:pPr>
              <w:spacing w:after="40" w:before="40"/>
            </w:pPr>
            <w:r/>
            <w:r>
              <w:rPr>
                <w:rFonts w:ascii="Calibri" w:hAnsi="Calibri" w:eastAsia="PingFang TC"/>
                <w:b w:val="0"/>
                <w:sz w:val="17"/>
              </w:rPr>
              <w:t>☐  SDG 1  No Poverty</w:t>
            </w:r>
          </w:p>
        </w:tc>
        <w:tc>
          <w:tcPr>
            <w:tcW w:type="dxa" w:w="3400"/>
          </w:tcPr>
          <w:p>
            <w:pPr>
              <w:spacing w:after="40" w:before="40"/>
            </w:pPr>
            <w:r/>
            <w:r>
              <w:rPr>
                <w:rFonts w:ascii="Calibri" w:hAnsi="Calibri" w:eastAsia="PingFang TC"/>
                <w:b w:val="0"/>
                <w:sz w:val="17"/>
              </w:rPr>
              <w:t>☐  SDG 2  Zero Hunger</w:t>
            </w:r>
          </w:p>
        </w:tc>
        <w:tc>
          <w:tcPr>
            <w:tcW w:type="dxa" w:w="3400"/>
          </w:tcPr>
          <w:p>
            <w:pPr>
              <w:spacing w:after="40" w:before="40"/>
            </w:pPr>
            <w:r/>
            <w:r>
              <w:rPr>
                <w:rFonts w:ascii="Calibri" w:hAnsi="Calibri" w:eastAsia="PingFang TC"/>
                <w:b w:val="0"/>
                <w:sz w:val="17"/>
              </w:rPr>
              <w:t>☐  SDG 3  Good Health &amp; Well-being</w:t>
            </w:r>
          </w:p>
        </w:tc>
      </w:tr>
      <w:tr>
        <w:tc>
          <w:tcPr>
            <w:tcW w:type="dxa" w:w="3400"/>
          </w:tcPr>
          <w:p>
            <w:pPr>
              <w:spacing w:after="40" w:before="40"/>
            </w:pPr>
            <w:r/>
            <w:r>
              <w:rPr>
                <w:rFonts w:ascii="Calibri" w:hAnsi="Calibri" w:eastAsia="PingFang TC"/>
                <w:b w:val="0"/>
                <w:sz w:val="17"/>
              </w:rPr>
              <w:t>☐  SDG 4  Quality Education</w:t>
            </w:r>
          </w:p>
        </w:tc>
        <w:tc>
          <w:tcPr>
            <w:tcW w:type="dxa" w:w="3400"/>
          </w:tcPr>
          <w:p>
            <w:pPr>
              <w:spacing w:after="40" w:before="40"/>
            </w:pPr>
            <w:r/>
            <w:r>
              <w:rPr>
                <w:rFonts w:ascii="Calibri" w:hAnsi="Calibri" w:eastAsia="PingFang TC"/>
                <w:b w:val="0"/>
                <w:sz w:val="17"/>
              </w:rPr>
              <w:t>☐  SDG 5  Gender Equality</w:t>
            </w:r>
          </w:p>
        </w:tc>
        <w:tc>
          <w:tcPr>
            <w:tcW w:type="dxa" w:w="3400"/>
          </w:tcPr>
          <w:p>
            <w:pPr>
              <w:spacing w:after="40" w:before="40"/>
            </w:pPr>
            <w:r/>
            <w:r>
              <w:rPr>
                <w:rFonts w:ascii="Calibri" w:hAnsi="Calibri" w:eastAsia="PingFang TC"/>
                <w:b w:val="0"/>
                <w:sz w:val="17"/>
              </w:rPr>
              <w:t>☐  SDG 6  Clean Water &amp; Sanitation</w:t>
            </w:r>
          </w:p>
        </w:tc>
      </w:tr>
      <w:tr>
        <w:tc>
          <w:tcPr>
            <w:tcW w:type="dxa" w:w="3400"/>
          </w:tcPr>
          <w:p>
            <w:pPr>
              <w:spacing w:after="40" w:before="40"/>
            </w:pPr>
            <w:r/>
            <w:r>
              <w:rPr>
                <w:rFonts w:ascii="Calibri" w:hAnsi="Calibri" w:eastAsia="PingFang TC"/>
                <w:b w:val="0"/>
                <w:sz w:val="17"/>
              </w:rPr>
              <w:t>☐  SDG 7  Affordable &amp; Clean Energy</w:t>
            </w:r>
          </w:p>
        </w:tc>
        <w:tc>
          <w:tcPr>
            <w:tcW w:type="dxa" w:w="3400"/>
          </w:tcPr>
          <w:p>
            <w:pPr>
              <w:spacing w:after="40" w:before="40"/>
            </w:pPr>
            <w:r/>
            <w:r>
              <w:rPr>
                <w:rFonts w:ascii="Calibri" w:hAnsi="Calibri" w:eastAsia="PingFang TC"/>
                <w:b w:val="0"/>
                <w:sz w:val="17"/>
              </w:rPr>
              <w:t>☐  SDG 8  Decent Work &amp; Economic Growth</w:t>
            </w:r>
          </w:p>
        </w:tc>
        <w:tc>
          <w:tcPr>
            <w:tcW w:type="dxa" w:w="3400"/>
          </w:tcPr>
          <w:p>
            <w:pPr>
              <w:spacing w:after="40" w:before="40"/>
            </w:pPr>
            <w:r/>
            <w:r>
              <w:rPr>
                <w:rFonts w:ascii="Calibri" w:hAnsi="Calibri" w:eastAsia="PingFang TC"/>
                <w:b w:val="0"/>
                <w:sz w:val="17"/>
              </w:rPr>
              <w:t>☐  SDG 9  Industry, Innovation &amp; Infrastructure</w:t>
            </w:r>
          </w:p>
        </w:tc>
      </w:tr>
      <w:tr>
        <w:tc>
          <w:tcPr>
            <w:tcW w:type="dxa" w:w="3400"/>
          </w:tcPr>
          <w:p>
            <w:pPr>
              <w:spacing w:after="40" w:before="40"/>
            </w:pPr>
            <w:r/>
            <w:r>
              <w:rPr>
                <w:rFonts w:ascii="Calibri" w:hAnsi="Calibri" w:eastAsia="PingFang TC"/>
                <w:b w:val="0"/>
                <w:sz w:val="17"/>
              </w:rPr>
              <w:t>☐  SDG 10  Reduced Inequalities</w:t>
            </w:r>
          </w:p>
        </w:tc>
        <w:tc>
          <w:tcPr>
            <w:tcW w:type="dxa" w:w="3400"/>
          </w:tcPr>
          <w:p>
            <w:pPr>
              <w:spacing w:after="40" w:before="40"/>
            </w:pPr>
            <w:r/>
            <w:r>
              <w:rPr>
                <w:rFonts w:ascii="Calibri" w:hAnsi="Calibri" w:eastAsia="PingFang TC"/>
                <w:b w:val="0"/>
                <w:sz w:val="17"/>
              </w:rPr>
              <w:t>☐  SDG 11  Sustainable Cities &amp; Communities</w:t>
            </w:r>
          </w:p>
        </w:tc>
        <w:tc>
          <w:tcPr>
            <w:tcW w:type="dxa" w:w="3400"/>
          </w:tcPr>
          <w:p>
            <w:pPr>
              <w:spacing w:after="40" w:before="40"/>
            </w:pPr>
            <w:r/>
            <w:r>
              <w:rPr>
                <w:rFonts w:ascii="Calibri" w:hAnsi="Calibri" w:eastAsia="PingFang TC"/>
                <w:b w:val="0"/>
                <w:sz w:val="17"/>
              </w:rPr>
              <w:t>☐  SDG 12  Responsible Consumption &amp; Production</w:t>
            </w:r>
          </w:p>
        </w:tc>
      </w:tr>
      <w:tr>
        <w:tc>
          <w:tcPr>
            <w:tcW w:type="dxa" w:w="3400"/>
          </w:tcPr>
          <w:p>
            <w:pPr>
              <w:spacing w:after="40" w:before="40"/>
            </w:pPr>
            <w:r/>
            <w:r>
              <w:rPr>
                <w:rFonts w:ascii="Calibri" w:hAnsi="Calibri" w:eastAsia="PingFang TC"/>
                <w:b w:val="0"/>
                <w:sz w:val="17"/>
              </w:rPr>
              <w:t>☐  SDG 13  Climate Action</w:t>
            </w:r>
          </w:p>
        </w:tc>
        <w:tc>
          <w:tcPr>
            <w:tcW w:type="dxa" w:w="3400"/>
          </w:tcPr>
          <w:p>
            <w:pPr>
              <w:spacing w:after="40" w:before="40"/>
            </w:pPr>
            <w:r/>
            <w:r>
              <w:rPr>
                <w:rFonts w:ascii="Calibri" w:hAnsi="Calibri" w:eastAsia="PingFang TC"/>
                <w:b w:val="0"/>
                <w:sz w:val="17"/>
              </w:rPr>
              <w:t>☐  SDG 14  Life below Water</w:t>
            </w:r>
          </w:p>
        </w:tc>
        <w:tc>
          <w:tcPr>
            <w:tcW w:type="dxa" w:w="3400"/>
          </w:tcPr>
          <w:p>
            <w:pPr>
              <w:spacing w:after="40" w:before="40"/>
            </w:pPr>
            <w:r/>
            <w:r>
              <w:rPr>
                <w:rFonts w:ascii="Calibri" w:hAnsi="Calibri" w:eastAsia="PingFang TC"/>
                <w:b w:val="0"/>
                <w:sz w:val="17"/>
              </w:rPr>
              <w:t>☐  SDG 15  Life on Land</w:t>
            </w:r>
          </w:p>
        </w:tc>
      </w:tr>
      <w:tr>
        <w:tc>
          <w:tcPr>
            <w:tcW w:type="dxa" w:w="3400"/>
          </w:tcPr>
          <w:p>
            <w:pPr>
              <w:spacing w:after="40" w:before="40"/>
            </w:pPr>
            <w:r/>
            <w:r>
              <w:rPr>
                <w:rFonts w:ascii="Calibri" w:hAnsi="Calibri" w:eastAsia="PingFang TC"/>
                <w:b w:val="0"/>
                <w:sz w:val="17"/>
              </w:rPr>
              <w:t>☐  SDG 16  Peace, Justice &amp; Strong Institutions</w:t>
            </w:r>
          </w:p>
        </w:tc>
        <w:tc>
          <w:tcPr>
            <w:tcW w:type="dxa" w:w="3400"/>
          </w:tcPr>
          <w:p>
            <w:pPr>
              <w:spacing w:after="40" w:before="40"/>
            </w:pPr>
            <w:r/>
            <w:r>
              <w:rPr>
                <w:rFonts w:ascii="Calibri" w:hAnsi="Calibri" w:eastAsia="PingFang TC"/>
                <w:b w:val="0"/>
                <w:sz w:val="17"/>
              </w:rPr>
              <w:t>☐  SDG 17  Partnerships for the Goals</w:t>
            </w:r>
          </w:p>
        </w:tc>
        <w:tc>
          <w:tcPr>
            <w:tcW w:type="dxa" w:w="3400"/>
          </w:tcPr>
          <w:p>
            <w:pPr>
              <w:spacing w:after="40" w:before="40"/>
            </w:pPr>
            <w:r/>
          </w:p>
        </w:tc>
      </w:tr>
    </w:tbl>
    <w:p>
      <w:pPr>
        <w:keepNext/>
        <w:spacing w:after="120" w:before="240"/>
        <w:shd w:val="clear" w:color="auto" w:fill="2E4A66"/>
      </w:pPr>
      <w:r>
        <w:rPr>
          <w:rFonts w:ascii="Calibri" w:hAnsi="Calibri" w:eastAsia="PingFang TC"/>
          <w:b/>
          <w:i w:val="0"/>
          <w:color w:val="FFFFFF"/>
          <w:sz w:val="22"/>
        </w:rPr>
        <w:t xml:space="preserve">  SECTION B · HKBU STUDENT TEAM</w:t>
      </w:r>
    </w:p>
    <w:p>
      <w:pPr>
        <w:spacing w:after="120" w:before="0"/>
      </w:pPr>
      <w:r>
        <w:rPr>
          <w:rFonts w:ascii="Calibri" w:hAnsi="Calibri" w:eastAsia="PingFang TC"/>
          <w:b w:val="0"/>
          <w:i/>
          <w:color w:val="666666"/>
          <w:sz w:val="17"/>
        </w:rPr>
        <w:t>At least two HKBU students are required. The first row is the team leader, who will be the main contact point for the project. Add rows if necessary.</w:t>
      </w:r>
    </w:p>
    <w:tbl>
      <w:tblPr>
        <w:tblStyle w:val="TableGrid"/>
        <w:tblW w:type="auto" w:w="0"/>
        <w:jc w:val="left"/>
        <w:tblLayout w:type="fixed"/>
        <w:tblLook w:firstColumn="1" w:firstRow="1" w:lastColumn="0" w:lastRow="0" w:noHBand="0" w:noVBand="1" w:val="04A0"/>
      </w:tblPr>
      <w:tblGrid>
        <w:gridCol w:w="918"/>
        <w:gridCol w:w="2244"/>
        <w:gridCol w:w="1326"/>
        <w:gridCol w:w="2142"/>
        <w:gridCol w:w="2346"/>
        <w:gridCol w:w="1224"/>
      </w:tblGrid>
      <w:tr>
        <w:trPr>
          <w:tblHeader w:val="true"/>
        </w:trPr>
        <w:tc>
          <w:tcPr>
            <w:tcW w:type="dxa" w:w="918"/>
            <w:shd w:val="clear" w:color="auto" w:fill="F2F5F8"/>
          </w:tcPr>
          <w:p>
            <w:pPr>
              <w:spacing w:after="40" w:before="40"/>
            </w:pPr>
            <w:r/>
            <w:r>
              <w:rPr>
                <w:rFonts w:ascii="Calibri" w:hAnsi="Calibri" w:eastAsia="PingFang TC"/>
                <w:b/>
                <w:sz w:val="18"/>
              </w:rPr>
              <w:t>Role</w:t>
            </w:r>
          </w:p>
        </w:tc>
        <w:tc>
          <w:tcPr>
            <w:tcW w:type="dxa" w:w="2244"/>
            <w:shd w:val="clear" w:color="auto" w:fill="F2F5F8"/>
          </w:tcPr>
          <w:p>
            <w:pPr>
              <w:spacing w:after="40" w:before="40"/>
            </w:pPr>
            <w:r/>
            <w:r>
              <w:rPr>
                <w:rFonts w:ascii="Calibri" w:hAnsi="Calibri" w:eastAsia="PingFang TC"/>
                <w:b/>
                <w:sz w:val="18"/>
              </w:rPr>
              <w:t>Name (as on student card)</w:t>
            </w:r>
          </w:p>
        </w:tc>
        <w:tc>
          <w:tcPr>
            <w:tcW w:type="dxa" w:w="1326"/>
            <w:shd w:val="clear" w:color="auto" w:fill="F2F5F8"/>
          </w:tcPr>
          <w:p>
            <w:pPr>
              <w:spacing w:after="40" w:before="40"/>
            </w:pPr>
            <w:r/>
            <w:r>
              <w:rPr>
                <w:rFonts w:ascii="Calibri" w:hAnsi="Calibri" w:eastAsia="PingFang TC"/>
                <w:b/>
                <w:sz w:val="18"/>
              </w:rPr>
              <w:t>Student no.</w:t>
            </w:r>
          </w:p>
        </w:tc>
        <w:tc>
          <w:tcPr>
            <w:tcW w:type="dxa" w:w="2142"/>
            <w:shd w:val="clear" w:color="auto" w:fill="F2F5F8"/>
          </w:tcPr>
          <w:p>
            <w:pPr>
              <w:spacing w:after="40" w:before="40"/>
            </w:pPr>
            <w:r/>
            <w:r>
              <w:rPr>
                <w:rFonts w:ascii="Calibri" w:hAnsi="Calibri" w:eastAsia="PingFang TC"/>
                <w:b/>
                <w:sz w:val="18"/>
              </w:rPr>
              <w:t>Programme / Year</w:t>
            </w:r>
          </w:p>
        </w:tc>
        <w:tc>
          <w:tcPr>
            <w:tcW w:type="dxa" w:w="2346"/>
            <w:shd w:val="clear" w:color="auto" w:fill="F2F5F8"/>
          </w:tcPr>
          <w:p>
            <w:pPr>
              <w:spacing w:after="40" w:before="40"/>
            </w:pPr>
            <w:r/>
            <w:r>
              <w:rPr>
                <w:rFonts w:ascii="Calibri" w:hAnsi="Calibri" w:eastAsia="PingFang TC"/>
                <w:b/>
                <w:sz w:val="18"/>
              </w:rPr>
              <w:t>Email</w:t>
            </w:r>
          </w:p>
        </w:tc>
        <w:tc>
          <w:tcPr>
            <w:tcW w:type="dxa" w:w="1224"/>
            <w:shd w:val="clear" w:color="auto" w:fill="F2F5F8"/>
          </w:tcPr>
          <w:p>
            <w:pPr>
              <w:spacing w:after="40" w:before="40"/>
            </w:pPr>
            <w:r/>
            <w:r>
              <w:rPr>
                <w:rFonts w:ascii="Calibri" w:hAnsi="Calibri" w:eastAsia="PingFang TC"/>
                <w:b/>
                <w:sz w:val="18"/>
              </w:rPr>
              <w:t>Phone</w:t>
            </w:r>
          </w:p>
        </w:tc>
      </w:tr>
      <w:tr>
        <w:tc>
          <w:tcPr>
            <w:tcW w:type="dxa" w:w="918"/>
          </w:tcPr>
          <w:p>
            <w:pPr>
              <w:spacing w:after="40" w:before="40"/>
            </w:pPr>
            <w:r/>
            <w:r>
              <w:rPr>
                <w:rFonts w:ascii="Calibri" w:hAnsi="Calibri" w:eastAsia="PingFang TC"/>
                <w:b w:val="0"/>
                <w:sz w:val="18"/>
              </w:rPr>
              <w:t>Leader</w:t>
            </w:r>
          </w:p>
        </w:tc>
        <w:tc>
          <w:tcPr>
            <w:tcW w:type="dxa" w:w="2244"/>
          </w:tcPr>
          <w:p>
            <w:pPr>
              <w:spacing w:after="40" w:before="40"/>
            </w:pPr>
            <w:r/>
          </w:p>
          <w:p>
            <w:pPr>
              <w:spacing w:after="40" w:before="40"/>
            </w:pPr>
          </w:p>
        </w:tc>
        <w:tc>
          <w:tcPr>
            <w:tcW w:type="dxa" w:w="1326"/>
          </w:tcPr>
          <w:p>
            <w:pPr>
              <w:spacing w:after="40" w:before="40"/>
            </w:pPr>
            <w:r/>
          </w:p>
          <w:p>
            <w:pPr>
              <w:spacing w:after="40" w:before="40"/>
            </w:pPr>
          </w:p>
        </w:tc>
        <w:tc>
          <w:tcPr>
            <w:tcW w:type="dxa" w:w="2142"/>
          </w:tcPr>
          <w:p>
            <w:pPr>
              <w:spacing w:after="40" w:before="40"/>
            </w:pPr>
            <w:r/>
          </w:p>
          <w:p>
            <w:pPr>
              <w:spacing w:after="40" w:before="40"/>
            </w:pPr>
          </w:p>
        </w:tc>
        <w:tc>
          <w:tcPr>
            <w:tcW w:type="dxa" w:w="2346"/>
          </w:tcPr>
          <w:p>
            <w:pPr>
              <w:spacing w:after="40" w:before="40"/>
            </w:pPr>
            <w:r/>
          </w:p>
          <w:p>
            <w:pPr>
              <w:spacing w:after="40" w:before="40"/>
            </w:pPr>
          </w:p>
        </w:tc>
        <w:tc>
          <w:tcPr>
            <w:tcW w:type="dxa" w:w="1224"/>
          </w:tcPr>
          <w:p>
            <w:pPr>
              <w:spacing w:after="40" w:before="40"/>
            </w:pPr>
            <w:r/>
          </w:p>
          <w:p>
            <w:pPr>
              <w:spacing w:after="40" w:before="40"/>
            </w:pPr>
          </w:p>
        </w:tc>
      </w:tr>
      <w:tr>
        <w:tc>
          <w:tcPr>
            <w:tcW w:type="dxa" w:w="918"/>
          </w:tcPr>
          <w:p>
            <w:pPr>
              <w:spacing w:after="40" w:before="40"/>
            </w:pPr>
            <w:r/>
            <w:r>
              <w:rPr>
                <w:rFonts w:ascii="Calibri" w:hAnsi="Calibri" w:eastAsia="PingFang TC"/>
                <w:b w:val="0"/>
                <w:sz w:val="18"/>
              </w:rPr>
              <w:t>Member</w:t>
            </w:r>
          </w:p>
          <w:p>
            <w:pPr>
              <w:spacing w:after="40" w:before="40"/>
            </w:pPr>
          </w:p>
        </w:tc>
        <w:tc>
          <w:tcPr>
            <w:tcW w:type="dxa" w:w="2244"/>
          </w:tcPr>
          <w:p>
            <w:pPr>
              <w:spacing w:after="40" w:before="40"/>
            </w:pPr>
            <w:r/>
          </w:p>
          <w:p>
            <w:pPr>
              <w:spacing w:after="40" w:before="40"/>
            </w:pPr>
          </w:p>
        </w:tc>
        <w:tc>
          <w:tcPr>
            <w:tcW w:type="dxa" w:w="1326"/>
          </w:tcPr>
          <w:p>
            <w:pPr>
              <w:spacing w:after="40" w:before="40"/>
            </w:pPr>
            <w:r/>
          </w:p>
          <w:p>
            <w:pPr>
              <w:spacing w:after="40" w:before="40"/>
            </w:pPr>
          </w:p>
        </w:tc>
        <w:tc>
          <w:tcPr>
            <w:tcW w:type="dxa" w:w="2142"/>
          </w:tcPr>
          <w:p>
            <w:pPr>
              <w:spacing w:after="40" w:before="40"/>
            </w:pPr>
            <w:r/>
          </w:p>
          <w:p>
            <w:pPr>
              <w:spacing w:after="40" w:before="40"/>
            </w:pPr>
          </w:p>
        </w:tc>
        <w:tc>
          <w:tcPr>
            <w:tcW w:type="dxa" w:w="2346"/>
          </w:tcPr>
          <w:p>
            <w:pPr>
              <w:spacing w:after="40" w:before="40"/>
            </w:pPr>
            <w:r/>
          </w:p>
          <w:p>
            <w:pPr>
              <w:spacing w:after="40" w:before="40"/>
            </w:pPr>
          </w:p>
        </w:tc>
        <w:tc>
          <w:tcPr>
            <w:tcW w:type="dxa" w:w="1224"/>
          </w:tcPr>
          <w:p>
            <w:pPr>
              <w:spacing w:after="40" w:before="40"/>
            </w:pPr>
            <w:r/>
          </w:p>
          <w:p>
            <w:pPr>
              <w:spacing w:after="40" w:before="40"/>
            </w:pPr>
          </w:p>
        </w:tc>
      </w:tr>
      <w:tr>
        <w:tc>
          <w:tcPr>
            <w:tcW w:type="dxa" w:w="918"/>
          </w:tcPr>
          <w:p>
            <w:pPr>
              <w:spacing w:after="40" w:before="40"/>
            </w:pPr>
            <w:r/>
            <w:r>
              <w:rPr>
                <w:rFonts w:ascii="Calibri" w:hAnsi="Calibri" w:eastAsia="PingFang TC"/>
                <w:b w:val="0"/>
                <w:sz w:val="18"/>
              </w:rPr>
              <w:t>Member</w:t>
            </w:r>
          </w:p>
          <w:p>
            <w:pPr>
              <w:spacing w:after="40" w:before="40"/>
            </w:pPr>
          </w:p>
        </w:tc>
        <w:tc>
          <w:tcPr>
            <w:tcW w:type="dxa" w:w="2244"/>
          </w:tcPr>
          <w:p>
            <w:pPr>
              <w:spacing w:after="40" w:before="40"/>
            </w:pPr>
            <w:r/>
          </w:p>
          <w:p>
            <w:pPr>
              <w:spacing w:after="40" w:before="40"/>
            </w:pPr>
          </w:p>
        </w:tc>
        <w:tc>
          <w:tcPr>
            <w:tcW w:type="dxa" w:w="1326"/>
          </w:tcPr>
          <w:p>
            <w:pPr>
              <w:spacing w:after="40" w:before="40"/>
            </w:pPr>
            <w:r/>
          </w:p>
          <w:p>
            <w:pPr>
              <w:spacing w:after="40" w:before="40"/>
            </w:pPr>
          </w:p>
        </w:tc>
        <w:tc>
          <w:tcPr>
            <w:tcW w:type="dxa" w:w="2142"/>
          </w:tcPr>
          <w:p>
            <w:pPr>
              <w:spacing w:after="40" w:before="40"/>
            </w:pPr>
            <w:r/>
          </w:p>
          <w:p>
            <w:pPr>
              <w:spacing w:after="40" w:before="40"/>
            </w:pPr>
          </w:p>
        </w:tc>
        <w:tc>
          <w:tcPr>
            <w:tcW w:type="dxa" w:w="2346"/>
          </w:tcPr>
          <w:p>
            <w:pPr>
              <w:spacing w:after="40" w:before="40"/>
            </w:pPr>
            <w:r/>
          </w:p>
          <w:p>
            <w:pPr>
              <w:spacing w:after="40" w:before="40"/>
            </w:pPr>
          </w:p>
        </w:tc>
        <w:tc>
          <w:tcPr>
            <w:tcW w:type="dxa" w:w="1224"/>
          </w:tcPr>
          <w:p>
            <w:pPr>
              <w:spacing w:after="40" w:before="40"/>
            </w:pPr>
            <w:r/>
          </w:p>
          <w:p>
            <w:pPr>
              <w:spacing w:after="40" w:before="40"/>
            </w:pPr>
          </w:p>
        </w:tc>
      </w:tr>
      <w:tr>
        <w:tc>
          <w:tcPr>
            <w:tcW w:type="dxa" w:w="918"/>
          </w:tcPr>
          <w:p>
            <w:pPr>
              <w:spacing w:after="40" w:before="40"/>
            </w:pPr>
            <w:r/>
            <w:r>
              <w:rPr>
                <w:rFonts w:ascii="Calibri" w:hAnsi="Calibri" w:eastAsia="PingFang TC"/>
                <w:b w:val="0"/>
                <w:sz w:val="18"/>
              </w:rPr>
              <w:t>Member</w:t>
            </w:r>
          </w:p>
          <w:p>
            <w:pPr>
              <w:spacing w:after="40" w:before="40"/>
            </w:pPr>
          </w:p>
        </w:tc>
        <w:tc>
          <w:tcPr>
            <w:tcW w:type="dxa" w:w="2244"/>
          </w:tcPr>
          <w:p>
            <w:pPr>
              <w:spacing w:after="40" w:before="40"/>
            </w:pPr>
            <w:r/>
          </w:p>
          <w:p>
            <w:pPr>
              <w:spacing w:after="40" w:before="40"/>
            </w:pPr>
          </w:p>
        </w:tc>
        <w:tc>
          <w:tcPr>
            <w:tcW w:type="dxa" w:w="1326"/>
          </w:tcPr>
          <w:p>
            <w:pPr>
              <w:spacing w:after="40" w:before="40"/>
            </w:pPr>
            <w:r/>
          </w:p>
          <w:p>
            <w:pPr>
              <w:spacing w:after="40" w:before="40"/>
            </w:pPr>
          </w:p>
        </w:tc>
        <w:tc>
          <w:tcPr>
            <w:tcW w:type="dxa" w:w="2142"/>
          </w:tcPr>
          <w:p>
            <w:pPr>
              <w:spacing w:after="40" w:before="40"/>
            </w:pPr>
            <w:r/>
          </w:p>
          <w:p>
            <w:pPr>
              <w:spacing w:after="40" w:before="40"/>
            </w:pPr>
          </w:p>
        </w:tc>
        <w:tc>
          <w:tcPr>
            <w:tcW w:type="dxa" w:w="2346"/>
          </w:tcPr>
          <w:p>
            <w:pPr>
              <w:spacing w:after="40" w:before="40"/>
            </w:pPr>
            <w:r/>
          </w:p>
          <w:p>
            <w:pPr>
              <w:spacing w:after="40" w:before="40"/>
            </w:pPr>
          </w:p>
        </w:tc>
        <w:tc>
          <w:tcPr>
            <w:tcW w:type="dxa" w:w="1224"/>
          </w:tcPr>
          <w:p>
            <w:pPr>
              <w:spacing w:after="40" w:before="40"/>
            </w:pPr>
            <w:r/>
          </w:p>
          <w:p>
            <w:pPr>
              <w:spacing w:after="40" w:before="40"/>
            </w:pPr>
          </w:p>
        </w:tc>
      </w:tr>
    </w:tbl>
    <w:p>
      <w:pPr>
        <w:keepNext/>
        <w:spacing w:after="120" w:before="240"/>
        <w:shd w:val="clear" w:color="auto" w:fill="2E4A66"/>
      </w:pPr>
      <w:r>
        <w:rPr>
          <w:rFonts w:ascii="Calibri" w:hAnsi="Calibri" w:eastAsia="PingFang TC"/>
          <w:b/>
          <w:i w:val="0"/>
          <w:color w:val="FFFFFF"/>
          <w:sz w:val="22"/>
        </w:rPr>
        <w:t xml:space="preserve">  SECTION C · PARTNER ORGANISATION (NGO)</w:t>
      </w:r>
    </w:p>
    <w:tbl>
      <w:tblPr>
        <w:tblStyle w:val="TableGrid"/>
        <w:tblW w:type="auto" w:w="0"/>
        <w:jc w:val="left"/>
        <w:tblLayout w:type="fixed"/>
        <w:tblLook w:firstColumn="1" w:firstRow="1" w:lastColumn="0" w:lastRow="0" w:noHBand="0" w:noVBand="1" w:val="04A0"/>
      </w:tblPr>
      <w:tblGrid>
        <w:gridCol w:w="3264"/>
        <w:gridCol w:w="6936"/>
      </w:tblGrid>
      <w:tr>
        <w:tc>
          <w:tcPr>
            <w:tcW w:type="dxa" w:w="3264"/>
            <w:shd w:val="clear" w:color="auto" w:fill="F2F5F8"/>
          </w:tcPr>
          <w:p>
            <w:pPr>
              <w:spacing w:after="40" w:before="40"/>
            </w:pPr>
            <w:r/>
            <w:r>
              <w:rPr>
                <w:rFonts w:ascii="Calibri" w:hAnsi="Calibri" w:eastAsia="PingFang TC"/>
                <w:b/>
                <w:sz w:val="20"/>
              </w:rPr>
              <w:t>Name of organisation (English)</w:t>
            </w:r>
          </w:p>
        </w:tc>
        <w:tc>
          <w:tcPr>
            <w:tcW w:type="dxa" w:w="6936"/>
          </w:tcPr>
          <w:p>
            <w:pPr>
              <w:spacing w:after="40" w:before="40"/>
            </w:pPr>
            <w:r/>
          </w:p>
          <w:p>
            <w:pPr>
              <w:spacing w:after="40" w:before="40"/>
            </w:pPr>
          </w:p>
        </w:tc>
      </w:tr>
      <w:tr>
        <w:tc>
          <w:tcPr>
            <w:tcW w:type="dxa" w:w="3264"/>
            <w:shd w:val="clear" w:color="auto" w:fill="F2F5F8"/>
          </w:tcPr>
          <w:p>
            <w:pPr>
              <w:spacing w:after="40" w:before="40"/>
            </w:pPr>
            <w:r/>
            <w:r>
              <w:rPr>
                <w:rFonts w:ascii="Calibri" w:hAnsi="Calibri" w:eastAsia="PingFang TC"/>
                <w:b/>
                <w:sz w:val="20"/>
              </w:rPr>
              <w:t>Name of organisation (Chinese)</w:t>
            </w:r>
          </w:p>
        </w:tc>
        <w:tc>
          <w:tcPr>
            <w:tcW w:type="dxa" w:w="6936"/>
          </w:tcPr>
          <w:p>
            <w:pPr>
              <w:spacing w:after="40" w:before="40"/>
            </w:pPr>
            <w:r/>
          </w:p>
          <w:p>
            <w:pPr>
              <w:spacing w:after="40" w:before="40"/>
            </w:pPr>
          </w:p>
        </w:tc>
      </w:tr>
      <w:tr>
        <w:tc>
          <w:tcPr>
            <w:tcW w:type="dxa" w:w="3264"/>
            <w:shd w:val="clear" w:color="auto" w:fill="F2F5F8"/>
          </w:tcPr>
          <w:p>
            <w:pPr>
              <w:spacing w:after="40" w:before="40"/>
            </w:pPr>
            <w:r/>
            <w:r>
              <w:rPr>
                <w:rFonts w:ascii="Calibri" w:hAnsi="Calibri" w:eastAsia="PingFang TC"/>
                <w:b/>
                <w:sz w:val="20"/>
              </w:rPr>
              <w:t>Charity / society registration no.</w:t>
            </w:r>
          </w:p>
        </w:tc>
        <w:tc>
          <w:tcPr>
            <w:tcW w:type="dxa" w:w="6936"/>
          </w:tcPr>
          <w:p>
            <w:pPr>
              <w:spacing w:after="40" w:before="40"/>
            </w:pPr>
            <w:r/>
          </w:p>
          <w:p>
            <w:pPr>
              <w:spacing w:after="40" w:before="40"/>
            </w:pPr>
          </w:p>
        </w:tc>
      </w:tr>
      <w:tr>
        <w:tc>
          <w:tcPr>
            <w:tcW w:type="dxa" w:w="3264"/>
            <w:shd w:val="clear" w:color="auto" w:fill="F2F5F8"/>
          </w:tcPr>
          <w:p>
            <w:pPr>
              <w:spacing w:after="40" w:before="40"/>
            </w:pPr>
            <w:r/>
            <w:r>
              <w:rPr>
                <w:rFonts w:ascii="Calibri" w:hAnsi="Calibri" w:eastAsia="PingFang TC"/>
                <w:b/>
                <w:sz w:val="20"/>
              </w:rPr>
              <w:t>Website</w:t>
            </w:r>
          </w:p>
        </w:tc>
        <w:tc>
          <w:tcPr>
            <w:tcW w:type="dxa" w:w="6936"/>
          </w:tcPr>
          <w:p>
            <w:pPr>
              <w:spacing w:after="40" w:before="40"/>
            </w:pPr>
            <w:r/>
          </w:p>
          <w:p>
            <w:pPr>
              <w:spacing w:after="40" w:before="40"/>
            </w:pPr>
          </w:p>
        </w:tc>
      </w:tr>
      <w:tr>
        <w:tc>
          <w:tcPr>
            <w:tcW w:type="dxa" w:w="3264"/>
            <w:shd w:val="clear" w:color="auto" w:fill="F2F5F8"/>
          </w:tcPr>
          <w:p>
            <w:pPr>
              <w:spacing w:after="40" w:before="40"/>
            </w:pPr>
            <w:r/>
            <w:r>
              <w:rPr>
                <w:rFonts w:ascii="Calibri" w:hAnsi="Calibri" w:eastAsia="PingFang TC"/>
                <w:b/>
                <w:sz w:val="20"/>
              </w:rPr>
              <w:t>Main service area(s)</w:t>
            </w:r>
          </w:p>
        </w:tc>
        <w:tc>
          <w:tcPr>
            <w:tcW w:type="dxa" w:w="6936"/>
          </w:tcPr>
          <w:p>
            <w:pPr>
              <w:spacing w:after="40" w:before="40"/>
            </w:pPr>
            <w:r/>
          </w:p>
          <w:p>
            <w:pPr>
              <w:spacing w:after="40" w:before="40"/>
            </w:pPr>
          </w:p>
        </w:tc>
      </w:tr>
      <w:tr>
        <w:tc>
          <w:tcPr>
            <w:tcW w:type="dxa" w:w="3264"/>
            <w:shd w:val="clear" w:color="auto" w:fill="F2F5F8"/>
          </w:tcPr>
          <w:p>
            <w:pPr>
              <w:spacing w:after="40" w:before="40"/>
            </w:pPr>
            <w:r/>
            <w:r>
              <w:rPr>
                <w:rFonts w:ascii="Calibri" w:hAnsi="Calibri" w:eastAsia="PingFang TC"/>
                <w:b/>
                <w:sz w:val="20"/>
              </w:rPr>
              <w:t>Contact person · name and position</w:t>
            </w:r>
          </w:p>
        </w:tc>
        <w:tc>
          <w:tcPr>
            <w:tcW w:type="dxa" w:w="6936"/>
          </w:tcPr>
          <w:p>
            <w:pPr>
              <w:spacing w:after="40" w:before="40"/>
            </w:pPr>
            <w:r/>
          </w:p>
          <w:p>
            <w:pPr>
              <w:spacing w:after="40" w:before="40"/>
            </w:pPr>
          </w:p>
        </w:tc>
      </w:tr>
      <w:tr>
        <w:tc>
          <w:tcPr>
            <w:tcW w:type="dxa" w:w="3264"/>
            <w:shd w:val="clear" w:color="auto" w:fill="F2F5F8"/>
          </w:tcPr>
          <w:p>
            <w:pPr>
              <w:spacing w:after="40" w:before="40"/>
            </w:pPr>
            <w:r/>
            <w:r>
              <w:rPr>
                <w:rFonts w:ascii="Calibri" w:hAnsi="Calibri" w:eastAsia="PingFang TC"/>
                <w:b/>
                <w:sz w:val="20"/>
              </w:rPr>
              <w:t>Contact person · email and phone</w:t>
            </w:r>
          </w:p>
        </w:tc>
        <w:tc>
          <w:tcPr>
            <w:tcW w:type="dxa" w:w="6936"/>
          </w:tcPr>
          <w:p>
            <w:pPr>
              <w:spacing w:after="40" w:before="40"/>
            </w:pPr>
            <w:r/>
          </w:p>
          <w:p>
            <w:pPr>
              <w:spacing w:after="40" w:before="40"/>
            </w:pPr>
          </w:p>
        </w:tc>
      </w:tr>
    </w:tbl>
    <w:p>
      <w:pPr>
        <w:spacing w:after="60" w:before="160"/>
      </w:pPr>
      <w:r>
        <w:rPr>
          <w:rFonts w:ascii="Calibri" w:hAnsi="Calibri" w:eastAsia="PingFang TC"/>
          <w:b/>
          <w:i w:val="0"/>
          <w:sz w:val="20"/>
        </w:rPr>
        <w:t>Role of the partner organisation in this project (not more than 150 words)</w:t>
      </w:r>
    </w:p>
    <w:tbl>
      <w:tblPr>
        <w:tblStyle w:val="TableGrid"/>
        <w:tblW w:type="auto" w:w="0"/>
        <w:jc w:val="left"/>
        <w:tblLayout w:type="fixed"/>
        <w:tblLook w:firstColumn="1" w:firstRow="1" w:lastColumn="0" w:lastRow="0" w:noHBand="0" w:noVBand="1" w:val="04A0"/>
      </w:tblPr>
      <w:tblGrid>
        <w:gridCol w:w="10200"/>
      </w:tblGrid>
      <w:tr>
        <w:tc>
          <w:tcPr>
            <w:tcW w:type="dxa" w:w="10200"/>
          </w:tcPr>
          <w:p>
            <w:pPr>
              <w:spacing w:after="40" w:before="40"/>
            </w:pPr>
            <w:r/>
          </w:p>
          <w:p>
            <w:pPr>
              <w:spacing w:after="40" w:before="40"/>
            </w:pPr>
          </w:p>
          <w:p>
            <w:pPr>
              <w:spacing w:after="40" w:before="40"/>
            </w:pPr>
          </w:p>
          <w:p>
            <w:pPr>
              <w:spacing w:after="40" w:before="40"/>
            </w:pPr>
          </w:p>
          <w:p>
            <w:pPr>
              <w:spacing w:after="40" w:before="40"/>
            </w:pPr>
          </w:p>
          <w:p>
            <w:pPr>
              <w:spacing w:after="40" w:before="40"/>
            </w:pPr>
          </w:p>
          <w:p>
            <w:pPr>
              <w:spacing w:after="40" w:before="40"/>
            </w:pPr>
          </w:p>
        </w:tc>
      </w:tr>
    </w:tbl>
    <w:p>
      <w:pPr>
        <w:keepNext/>
        <w:spacing w:after="120" w:before="240"/>
        <w:shd w:val="clear" w:color="auto" w:fill="2E4A66"/>
      </w:pPr>
      <w:r>
        <w:rPr>
          <w:rFonts w:ascii="Calibri" w:hAnsi="Calibri" w:eastAsia="PingFang TC"/>
          <w:b/>
          <w:i w:val="0"/>
          <w:color w:val="FFFFFF"/>
          <w:sz w:val="22"/>
        </w:rPr>
        <w:t xml:space="preserve">  SECTION D · COLLABORATION AND COMMUNITY IMPACT</w:t>
      </w:r>
    </w:p>
    <w:p>
      <w:pPr>
        <w:spacing w:after="60" w:before="0"/>
      </w:pPr>
      <w:r>
        <w:rPr>
          <w:rFonts w:ascii="Calibri" w:hAnsi="Calibri" w:eastAsia="PingFang TC"/>
          <w:b/>
          <w:i w:val="0"/>
          <w:sz w:val="20"/>
        </w:rPr>
        <w:t>D1.   How will the students and the NGO colleagues work together as co-creators? Set out the division of work and how decisions will be made jointly. (not more than 250 words)</w:t>
      </w:r>
    </w:p>
    <w:tbl>
      <w:tblPr>
        <w:tblStyle w:val="TableGrid"/>
        <w:tblW w:type="auto" w:w="0"/>
        <w:jc w:val="left"/>
        <w:tblLayout w:type="fixed"/>
        <w:tblLook w:firstColumn="1" w:firstRow="1" w:lastColumn="0" w:lastRow="0" w:noHBand="0" w:noVBand="1" w:val="04A0"/>
      </w:tblPr>
      <w:tblGrid>
        <w:gridCol w:w="10200"/>
      </w:tblGrid>
      <w:tr>
        <w:tc>
          <w:tcPr>
            <w:tcW w:type="dxa" w:w="10200"/>
          </w:tcPr>
          <w:p>
            <w:pPr>
              <w:spacing w:after="40" w:before="40"/>
            </w:pPr>
            <w:r/>
          </w:p>
          <w:p>
            <w:pPr>
              <w:spacing w:after="40" w:before="40"/>
            </w:pPr>
          </w:p>
          <w:p>
            <w:pPr>
              <w:spacing w:after="40" w:before="40"/>
            </w:pPr>
          </w:p>
          <w:p>
            <w:pPr>
              <w:spacing w:after="40" w:before="40"/>
            </w:pPr>
          </w:p>
          <w:p>
            <w:pPr>
              <w:spacing w:after="40" w:before="40"/>
            </w:pPr>
          </w:p>
          <w:p>
            <w:pPr>
              <w:spacing w:after="40" w:before="40"/>
            </w:pPr>
          </w:p>
          <w:p>
            <w:pPr>
              <w:spacing w:after="40" w:before="40"/>
            </w:pPr>
          </w:p>
          <w:p>
            <w:pPr>
              <w:spacing w:after="40" w:before="40"/>
            </w:pPr>
          </w:p>
          <w:p>
            <w:pPr>
              <w:spacing w:after="40" w:before="40"/>
            </w:pPr>
          </w:p>
          <w:p>
            <w:pPr>
              <w:spacing w:after="40" w:before="40"/>
            </w:pPr>
          </w:p>
        </w:tc>
      </w:tr>
    </w:tbl>
    <w:p>
      <w:pPr>
        <w:spacing w:after="60" w:before="160"/>
      </w:pPr>
      <w:r>
        <w:rPr>
          <w:rFonts w:ascii="Calibri" w:hAnsi="Calibri" w:eastAsia="PingFang TC"/>
          <w:b/>
          <w:i w:val="0"/>
          <w:sz w:val="20"/>
        </w:rPr>
        <w:t>D2.   Who is the community served? State the target group and the estimated number of beneficiaries.</w:t>
      </w:r>
    </w:p>
    <w:tbl>
      <w:tblPr>
        <w:tblStyle w:val="TableGrid"/>
        <w:tblW w:type="auto" w:w="0"/>
        <w:jc w:val="left"/>
        <w:tblLayout w:type="fixed"/>
        <w:tblLook w:firstColumn="1" w:firstRow="1" w:lastColumn="0" w:lastRow="0" w:noHBand="0" w:noVBand="1" w:val="04A0"/>
      </w:tblPr>
      <w:tblGrid>
        <w:gridCol w:w="10200"/>
      </w:tblGrid>
      <w:tr>
        <w:tc>
          <w:tcPr>
            <w:tcW w:type="dxa" w:w="10200"/>
          </w:tcPr>
          <w:p>
            <w:pPr>
              <w:spacing w:after="40" w:before="40"/>
            </w:pPr>
            <w:r/>
          </w:p>
          <w:p>
            <w:pPr>
              <w:spacing w:after="40" w:before="40"/>
            </w:pPr>
          </w:p>
          <w:p>
            <w:pPr>
              <w:spacing w:after="40" w:before="40"/>
            </w:pPr>
          </w:p>
          <w:p>
            <w:pPr>
              <w:spacing w:after="40" w:before="40"/>
            </w:pPr>
          </w:p>
          <w:p>
            <w:pPr>
              <w:spacing w:after="40" w:before="40"/>
            </w:pPr>
          </w:p>
        </w:tc>
      </w:tr>
    </w:tbl>
    <w:p>
      <w:pPr>
        <w:spacing w:after="60" w:before="160"/>
      </w:pPr>
      <w:r>
        <w:rPr>
          <w:rFonts w:ascii="Calibri" w:hAnsi="Calibri" w:eastAsia="PingFang TC"/>
          <w:b/>
          <w:i w:val="0"/>
          <w:sz w:val="20"/>
        </w:rPr>
        <w:t>D3.   Expected deliverable(s) — e.g. community workshop, policy brief, toolkit, exhibition, short film.</w:t>
      </w:r>
    </w:p>
    <w:tbl>
      <w:tblPr>
        <w:tblStyle w:val="TableGrid"/>
        <w:tblW w:type="auto" w:w="0"/>
        <w:jc w:val="left"/>
        <w:tblLayout w:type="fixed"/>
        <w:tblLook w:firstColumn="1" w:firstRow="1" w:lastColumn="0" w:lastRow="0" w:noHBand="0" w:noVBand="1" w:val="04A0"/>
      </w:tblPr>
      <w:tblGrid>
        <w:gridCol w:w="10200"/>
      </w:tblGrid>
      <w:tr>
        <w:tc>
          <w:tcPr>
            <w:tcW w:type="dxa" w:w="10200"/>
          </w:tcPr>
          <w:p>
            <w:pPr>
              <w:spacing w:after="40" w:before="40"/>
            </w:pPr>
            <w:r/>
          </w:p>
          <w:p>
            <w:pPr>
              <w:spacing w:after="40" w:before="40"/>
            </w:pPr>
          </w:p>
          <w:p>
            <w:pPr>
              <w:spacing w:after="40" w:before="40"/>
            </w:pPr>
          </w:p>
          <w:p>
            <w:pPr>
              <w:spacing w:after="40" w:before="40"/>
            </w:pPr>
          </w:p>
          <w:p>
            <w:pPr>
              <w:spacing w:after="40" w:before="40"/>
            </w:pPr>
          </w:p>
        </w:tc>
      </w:tr>
    </w:tbl>
    <w:p>
      <w:pPr>
        <w:spacing w:after="60" w:before="160"/>
      </w:pPr>
      <w:r>
        <w:rPr>
          <w:rFonts w:ascii="Calibri" w:hAnsi="Calibri" w:eastAsia="PingFang TC"/>
          <w:b/>
          <w:i w:val="0"/>
          <w:sz w:val="20"/>
        </w:rPr>
        <w:t>D4.   How will the work continue after the funding period ends?</w:t>
      </w:r>
    </w:p>
    <w:tbl>
      <w:tblPr>
        <w:tblStyle w:val="TableGrid"/>
        <w:tblW w:type="auto" w:w="0"/>
        <w:jc w:val="left"/>
        <w:tblLayout w:type="fixed"/>
        <w:tblLook w:firstColumn="1" w:firstRow="1" w:lastColumn="0" w:lastRow="0" w:noHBand="0" w:noVBand="1" w:val="04A0"/>
      </w:tblPr>
      <w:tblGrid>
        <w:gridCol w:w="10200"/>
      </w:tblGrid>
      <w:tr>
        <w:tc>
          <w:tcPr>
            <w:tcW w:type="dxa" w:w="10200"/>
          </w:tcPr>
          <w:p>
            <w:pPr>
              <w:spacing w:after="40" w:before="40"/>
            </w:pPr>
            <w:r/>
          </w:p>
          <w:p>
            <w:pPr>
              <w:spacing w:after="40" w:before="40"/>
            </w:pPr>
          </w:p>
          <w:p>
            <w:pPr>
              <w:spacing w:after="40" w:before="40"/>
            </w:pPr>
          </w:p>
          <w:p>
            <w:pPr>
              <w:spacing w:after="40" w:before="40"/>
            </w:pPr>
          </w:p>
          <w:p>
            <w:pPr>
              <w:spacing w:after="40" w:before="40"/>
            </w:pPr>
          </w:p>
        </w:tc>
      </w:tr>
    </w:tbl>
    <w:p>
      <w:pPr>
        <w:keepNext/>
        <w:spacing w:after="120" w:before="240"/>
        <w:shd w:val="clear" w:color="auto" w:fill="2E4A66"/>
      </w:pPr>
      <w:r>
        <w:rPr>
          <w:rFonts w:ascii="Calibri" w:hAnsi="Calibri" w:eastAsia="PingFang TC"/>
          <w:b/>
          <w:i w:val="0"/>
          <w:color w:val="FFFFFF"/>
          <w:sz w:val="22"/>
        </w:rPr>
        <w:t xml:space="preserve">  SECTION E · BUDGET SUMMARY</w:t>
      </w:r>
    </w:p>
    <w:p>
      <w:pPr>
        <w:spacing w:after="120" w:before="0"/>
      </w:pPr>
      <w:r>
        <w:rPr>
          <w:rFonts w:ascii="Calibri" w:hAnsi="Calibri" w:eastAsia="PingFang TC"/>
          <w:b w:val="0"/>
          <w:i/>
          <w:color w:val="666666"/>
          <w:sz w:val="17"/>
        </w:rPr>
        <w:t>Give a summary here and attach the itemised budget. Supported items include temporary project assistants and student helpers, honoraria for guest speakers and community partners, materials and services, local travel, and vouchers or souvenirs for service users. NOT supported: equipment (computers, printers, audio-visual and personal electronic appliances), salaries of HKBU or NGO staff, overseas travel, reference books, gifts or meals for HKBU students only, and expenses incurred before the award date.</w:t>
      </w:r>
    </w:p>
    <w:tbl>
      <w:tblPr>
        <w:tblStyle w:val="TableGrid"/>
        <w:tblW w:type="auto" w:w="0"/>
        <w:jc w:val="left"/>
        <w:tblLayout w:type="fixed"/>
        <w:tblLook w:firstColumn="1" w:firstRow="1" w:lastColumn="0" w:lastRow="0" w:noHBand="0" w:noVBand="1" w:val="04A0"/>
      </w:tblPr>
      <w:tblGrid>
        <w:gridCol w:w="714"/>
        <w:gridCol w:w="3060"/>
        <w:gridCol w:w="4590"/>
        <w:gridCol w:w="1836"/>
      </w:tblGrid>
      <w:tr>
        <w:tc>
          <w:tcPr>
            <w:tcW w:type="dxa" w:w="714"/>
            <w:shd w:val="clear" w:color="auto" w:fill="F2F5F8"/>
          </w:tcPr>
          <w:p>
            <w:pPr>
              <w:spacing w:after="40" w:before="40"/>
            </w:pPr>
            <w:r/>
            <w:r>
              <w:rPr>
                <w:rFonts w:ascii="Calibri" w:hAnsi="Calibri" w:eastAsia="PingFang TC"/>
                <w:b/>
                <w:sz w:val="18"/>
              </w:rPr>
              <w:t>No.</w:t>
            </w:r>
          </w:p>
        </w:tc>
        <w:tc>
          <w:tcPr>
            <w:tcW w:type="dxa" w:w="3060"/>
            <w:shd w:val="clear" w:color="auto" w:fill="F2F5F8"/>
          </w:tcPr>
          <w:p>
            <w:pPr>
              <w:spacing w:after="40" w:before="40"/>
            </w:pPr>
            <w:r/>
            <w:r>
              <w:rPr>
                <w:rFonts w:ascii="Calibri" w:hAnsi="Calibri" w:eastAsia="PingFang TC"/>
                <w:b/>
                <w:sz w:val="18"/>
              </w:rPr>
              <w:t>Budget item</w:t>
            </w:r>
          </w:p>
        </w:tc>
        <w:tc>
          <w:tcPr>
            <w:tcW w:type="dxa" w:w="4590"/>
            <w:shd w:val="clear" w:color="auto" w:fill="F2F5F8"/>
          </w:tcPr>
          <w:p>
            <w:pPr>
              <w:spacing w:after="40" w:before="40"/>
            </w:pPr>
            <w:r/>
            <w:r>
              <w:rPr>
                <w:rFonts w:ascii="Calibri" w:hAnsi="Calibri" w:eastAsia="PingFang TC"/>
                <w:b/>
                <w:sz w:val="18"/>
              </w:rPr>
              <w:t>Brief justification</w:t>
            </w:r>
          </w:p>
        </w:tc>
        <w:tc>
          <w:tcPr>
            <w:tcW w:type="dxa" w:w="1836"/>
            <w:shd w:val="clear" w:color="auto" w:fill="F2F5F8"/>
          </w:tcPr>
          <w:p>
            <w:pPr>
              <w:spacing w:after="40" w:before="40"/>
            </w:pPr>
            <w:r/>
            <w:r>
              <w:rPr>
                <w:rFonts w:ascii="Calibri" w:hAnsi="Calibri" w:eastAsia="PingFang TC"/>
                <w:b/>
                <w:sz w:val="18"/>
              </w:rPr>
              <w:t>Amount (HKD)</w:t>
            </w:r>
          </w:p>
        </w:tc>
      </w:tr>
      <w:tr>
        <w:tc>
          <w:tcPr>
            <w:tcW w:type="dxa" w:w="714"/>
          </w:tcPr>
          <w:p>
            <w:pPr>
              <w:spacing w:after="40" w:before="40"/>
            </w:pPr>
            <w:r/>
            <w:r>
              <w:rPr>
                <w:rFonts w:ascii="Calibri" w:hAnsi="Calibri" w:eastAsia="PingFang TC"/>
                <w:b w:val="0"/>
                <w:sz w:val="18"/>
              </w:rPr>
              <w:t>1</w:t>
            </w:r>
          </w:p>
        </w:tc>
        <w:tc>
          <w:tcPr>
            <w:tcW w:type="dxa" w:w="3060"/>
          </w:tcPr>
          <w:p>
            <w:pPr>
              <w:spacing w:after="40" w:before="40"/>
            </w:pPr>
            <w:r/>
          </w:p>
          <w:p>
            <w:pPr>
              <w:spacing w:after="40" w:before="40"/>
            </w:pPr>
          </w:p>
        </w:tc>
        <w:tc>
          <w:tcPr>
            <w:tcW w:type="dxa" w:w="4590"/>
          </w:tcPr>
          <w:p>
            <w:pPr>
              <w:spacing w:after="40" w:before="40"/>
            </w:pPr>
            <w:r/>
          </w:p>
          <w:p>
            <w:pPr>
              <w:spacing w:after="40" w:before="40"/>
            </w:pPr>
          </w:p>
        </w:tc>
        <w:tc>
          <w:tcPr>
            <w:tcW w:type="dxa" w:w="1836"/>
          </w:tcPr>
          <w:p>
            <w:pPr>
              <w:spacing w:after="40" w:before="40"/>
            </w:pPr>
            <w:r/>
          </w:p>
          <w:p>
            <w:pPr>
              <w:spacing w:after="40" w:before="40"/>
            </w:pPr>
          </w:p>
        </w:tc>
      </w:tr>
      <w:tr>
        <w:tc>
          <w:tcPr>
            <w:tcW w:type="dxa" w:w="714"/>
          </w:tcPr>
          <w:p>
            <w:pPr>
              <w:spacing w:after="40" w:before="40"/>
            </w:pPr>
            <w:r/>
            <w:r>
              <w:rPr>
                <w:rFonts w:ascii="Calibri" w:hAnsi="Calibri" w:eastAsia="PingFang TC"/>
                <w:b w:val="0"/>
                <w:sz w:val="18"/>
              </w:rPr>
              <w:t>2</w:t>
            </w:r>
          </w:p>
        </w:tc>
        <w:tc>
          <w:tcPr>
            <w:tcW w:type="dxa" w:w="3060"/>
          </w:tcPr>
          <w:p>
            <w:pPr>
              <w:spacing w:after="40" w:before="40"/>
            </w:pPr>
            <w:r/>
          </w:p>
          <w:p>
            <w:pPr>
              <w:spacing w:after="40" w:before="40"/>
            </w:pPr>
          </w:p>
        </w:tc>
        <w:tc>
          <w:tcPr>
            <w:tcW w:type="dxa" w:w="4590"/>
          </w:tcPr>
          <w:p>
            <w:pPr>
              <w:spacing w:after="40" w:before="40"/>
            </w:pPr>
            <w:r/>
          </w:p>
          <w:p>
            <w:pPr>
              <w:spacing w:after="40" w:before="40"/>
            </w:pPr>
          </w:p>
        </w:tc>
        <w:tc>
          <w:tcPr>
            <w:tcW w:type="dxa" w:w="1836"/>
          </w:tcPr>
          <w:p>
            <w:pPr>
              <w:spacing w:after="40" w:before="40"/>
            </w:pPr>
            <w:r/>
          </w:p>
          <w:p>
            <w:pPr>
              <w:spacing w:after="40" w:before="40"/>
            </w:pPr>
          </w:p>
        </w:tc>
      </w:tr>
      <w:tr>
        <w:tc>
          <w:tcPr>
            <w:tcW w:type="dxa" w:w="714"/>
          </w:tcPr>
          <w:p>
            <w:pPr>
              <w:spacing w:after="40" w:before="40"/>
            </w:pPr>
            <w:r/>
            <w:r>
              <w:rPr>
                <w:rFonts w:ascii="Calibri" w:hAnsi="Calibri" w:eastAsia="PingFang TC"/>
                <w:b w:val="0"/>
                <w:sz w:val="18"/>
              </w:rPr>
              <w:t>3</w:t>
            </w:r>
          </w:p>
        </w:tc>
        <w:tc>
          <w:tcPr>
            <w:tcW w:type="dxa" w:w="3060"/>
          </w:tcPr>
          <w:p>
            <w:pPr>
              <w:spacing w:after="40" w:before="40"/>
            </w:pPr>
            <w:r/>
          </w:p>
          <w:p>
            <w:pPr>
              <w:spacing w:after="40" w:before="40"/>
            </w:pPr>
          </w:p>
        </w:tc>
        <w:tc>
          <w:tcPr>
            <w:tcW w:type="dxa" w:w="4590"/>
          </w:tcPr>
          <w:p>
            <w:pPr>
              <w:spacing w:after="40" w:before="40"/>
            </w:pPr>
            <w:r/>
          </w:p>
          <w:p>
            <w:pPr>
              <w:spacing w:after="40" w:before="40"/>
            </w:pPr>
          </w:p>
        </w:tc>
        <w:tc>
          <w:tcPr>
            <w:tcW w:type="dxa" w:w="1836"/>
          </w:tcPr>
          <w:p>
            <w:pPr>
              <w:spacing w:after="40" w:before="40"/>
            </w:pPr>
            <w:r/>
          </w:p>
          <w:p>
            <w:pPr>
              <w:spacing w:after="40" w:before="40"/>
            </w:pPr>
          </w:p>
        </w:tc>
      </w:tr>
      <w:tr>
        <w:tc>
          <w:tcPr>
            <w:tcW w:type="dxa" w:w="714"/>
          </w:tcPr>
          <w:p>
            <w:pPr>
              <w:spacing w:after="40" w:before="40"/>
            </w:pPr>
            <w:r/>
            <w:r>
              <w:rPr>
                <w:rFonts w:ascii="Calibri" w:hAnsi="Calibri" w:eastAsia="PingFang TC"/>
                <w:b w:val="0"/>
                <w:sz w:val="18"/>
              </w:rPr>
              <w:t>4</w:t>
            </w:r>
          </w:p>
        </w:tc>
        <w:tc>
          <w:tcPr>
            <w:tcW w:type="dxa" w:w="3060"/>
          </w:tcPr>
          <w:p>
            <w:pPr>
              <w:spacing w:after="40" w:before="40"/>
            </w:pPr>
            <w:r/>
          </w:p>
          <w:p>
            <w:pPr>
              <w:spacing w:after="40" w:before="40"/>
            </w:pPr>
          </w:p>
        </w:tc>
        <w:tc>
          <w:tcPr>
            <w:tcW w:type="dxa" w:w="4590"/>
          </w:tcPr>
          <w:p>
            <w:pPr>
              <w:spacing w:after="40" w:before="40"/>
            </w:pPr>
            <w:r/>
          </w:p>
          <w:p>
            <w:pPr>
              <w:spacing w:after="40" w:before="40"/>
            </w:pPr>
          </w:p>
        </w:tc>
        <w:tc>
          <w:tcPr>
            <w:tcW w:type="dxa" w:w="1836"/>
          </w:tcPr>
          <w:p>
            <w:pPr>
              <w:spacing w:after="40" w:before="40"/>
            </w:pPr>
            <w:r/>
          </w:p>
          <w:p>
            <w:pPr>
              <w:spacing w:after="40" w:before="40"/>
            </w:pPr>
          </w:p>
        </w:tc>
      </w:tr>
      <w:tr>
        <w:tc>
          <w:tcPr>
            <w:tcW w:type="dxa" w:w="714"/>
          </w:tcPr>
          <w:p>
            <w:pPr>
              <w:spacing w:after="40" w:before="40"/>
            </w:pPr>
            <w:r/>
            <w:r>
              <w:rPr>
                <w:rFonts w:ascii="Calibri" w:hAnsi="Calibri" w:eastAsia="PingFang TC"/>
                <w:b w:val="0"/>
                <w:sz w:val="18"/>
              </w:rPr>
              <w:t>5</w:t>
            </w:r>
          </w:p>
        </w:tc>
        <w:tc>
          <w:tcPr>
            <w:tcW w:type="dxa" w:w="3060"/>
          </w:tcPr>
          <w:p>
            <w:pPr>
              <w:spacing w:after="40" w:before="40"/>
            </w:pPr>
            <w:r/>
          </w:p>
          <w:p>
            <w:pPr>
              <w:spacing w:after="40" w:before="40"/>
            </w:pPr>
          </w:p>
        </w:tc>
        <w:tc>
          <w:tcPr>
            <w:tcW w:type="dxa" w:w="4590"/>
          </w:tcPr>
          <w:p>
            <w:pPr>
              <w:spacing w:after="40" w:before="40"/>
            </w:pPr>
            <w:r/>
          </w:p>
          <w:p>
            <w:pPr>
              <w:spacing w:after="40" w:before="40"/>
            </w:pPr>
          </w:p>
        </w:tc>
        <w:tc>
          <w:tcPr>
            <w:tcW w:type="dxa" w:w="1836"/>
          </w:tcPr>
          <w:p>
            <w:pPr>
              <w:spacing w:after="40" w:before="40"/>
            </w:pPr>
            <w:r/>
          </w:p>
          <w:p>
            <w:pPr>
              <w:spacing w:after="40" w:before="40"/>
            </w:pPr>
          </w:p>
        </w:tc>
      </w:tr>
      <w:tr>
        <w:tc>
          <w:tcPr>
            <w:tcW w:type="dxa" w:w="714"/>
          </w:tcPr>
          <w:p>
            <w:pPr>
              <w:spacing w:after="40" w:before="40"/>
            </w:pPr>
            <w:r/>
            <w:r>
              <w:rPr>
                <w:rFonts w:ascii="Calibri" w:hAnsi="Calibri" w:eastAsia="PingFang TC"/>
                <w:b w:val="0"/>
                <w:sz w:val="18"/>
              </w:rPr>
              <w:t>6</w:t>
            </w:r>
          </w:p>
        </w:tc>
        <w:tc>
          <w:tcPr>
            <w:tcW w:type="dxa" w:w="3060"/>
          </w:tcPr>
          <w:p>
            <w:pPr>
              <w:spacing w:after="40" w:before="40"/>
            </w:pPr>
            <w:r/>
          </w:p>
          <w:p>
            <w:pPr>
              <w:spacing w:after="40" w:before="40"/>
            </w:pPr>
          </w:p>
        </w:tc>
        <w:tc>
          <w:tcPr>
            <w:tcW w:type="dxa" w:w="4590"/>
          </w:tcPr>
          <w:p>
            <w:pPr>
              <w:spacing w:after="40" w:before="40"/>
            </w:pPr>
            <w:r/>
          </w:p>
          <w:p>
            <w:pPr>
              <w:spacing w:after="40" w:before="40"/>
            </w:pPr>
          </w:p>
        </w:tc>
        <w:tc>
          <w:tcPr>
            <w:tcW w:type="dxa" w:w="1836"/>
          </w:tcPr>
          <w:p>
            <w:pPr>
              <w:spacing w:after="40" w:before="40"/>
            </w:pPr>
            <w:r/>
          </w:p>
          <w:p>
            <w:pPr>
              <w:spacing w:after="40" w:before="40"/>
            </w:pPr>
          </w:p>
        </w:tc>
      </w:tr>
      <w:tr>
        <w:tc>
          <w:tcPr>
            <w:tcW w:type="dxa" w:w="8364"/>
            <w:gridSpan w:val="3"/>
            <w:shd w:val="clear" w:color="auto" w:fill="F2F5F8"/>
          </w:tcPr>
          <w:p>
            <w:pPr>
              <w:spacing w:after="40" w:before="40"/>
              <w:jc w:val="right"/>
            </w:pPr>
            <w:r/>
            <w:r>
              <w:rPr>
                <w:rFonts w:ascii="Calibri" w:hAnsi="Calibri" w:eastAsia="PingFang TC"/>
                <w:b/>
                <w:sz w:val="20"/>
              </w:rPr>
              <w:t>TOTAL AMOUNT REQUESTED</w:t>
            </w:r>
          </w:p>
        </w:tc>
        <w:tc>
          <w:tcPr>
            <w:tcW w:type="dxa" w:w="1836"/>
          </w:tcPr>
          <w:p>
            <w:pPr>
              <w:spacing w:after="40" w:before="40"/>
            </w:pPr>
            <w:r/>
          </w:p>
          <w:p>
            <w:pPr>
              <w:spacing w:after="40" w:before="40"/>
            </w:pPr>
          </w:p>
        </w:tc>
      </w:tr>
    </w:tbl>
    <w:p>
      <w:pPr>
        <w:spacing w:after="60" w:before="0"/>
      </w:pPr>
    </w:p>
    <w:tbl>
      <w:tblPr>
        <w:tblStyle w:val="TableGrid"/>
        <w:tblW w:type="auto" w:w="0"/>
        <w:jc w:val="left"/>
        <w:tblLayout w:type="fixed"/>
        <w:tblLook w:firstColumn="1" w:firstRow="1" w:lastColumn="0" w:lastRow="0" w:noHBand="0" w:noVBand="1" w:val="04A0"/>
      </w:tblPr>
      <w:tblGrid>
        <w:gridCol w:w="6528"/>
        <w:gridCol w:w="3672"/>
      </w:tblGrid>
      <w:tr>
        <w:tc>
          <w:tcPr>
            <w:tcW w:type="dxa" w:w="6528"/>
            <w:shd w:val="clear" w:color="auto" w:fill="F2F5F8"/>
          </w:tcPr>
          <w:p>
            <w:pPr>
              <w:spacing w:after="40" w:before="40"/>
            </w:pPr>
            <w:r/>
            <w:r>
              <w:rPr>
                <w:rFonts w:ascii="Calibri" w:hAnsi="Calibri" w:eastAsia="PingFang TC"/>
                <w:b/>
                <w:sz w:val="20"/>
              </w:rPr>
              <w:t>Has this project applied for or received funding from any other source?</w:t>
            </w:r>
          </w:p>
        </w:tc>
        <w:tc>
          <w:tcPr>
            <w:tcW w:type="dxa" w:w="3672"/>
          </w:tcPr>
          <w:p>
            <w:pPr>
              <w:spacing w:after="40" w:before="40"/>
            </w:pPr>
            <w:r/>
            <w:r>
              <w:rPr>
                <w:rFonts w:ascii="Calibri" w:hAnsi="Calibri" w:eastAsia="PingFang TC"/>
                <w:b w:val="0"/>
                <w:sz w:val="20"/>
              </w:rPr>
              <w:t>☐  No        ☐  Yes (give details below)</w:t>
            </w:r>
          </w:p>
        </w:tc>
      </w:tr>
      <w:tr>
        <w:tc>
          <w:tcPr>
            <w:tcW w:type="dxa" w:w="10200"/>
            <w:gridSpan w:val="2"/>
          </w:tcPr>
          <w:p>
            <w:pPr>
              <w:spacing w:after="40" w:before="40"/>
            </w:pPr>
            <w:r/>
          </w:p>
          <w:p>
            <w:pPr>
              <w:spacing w:after="40" w:before="40"/>
            </w:pPr>
          </w:p>
          <w:p>
            <w:pPr>
              <w:spacing w:after="40" w:before="40"/>
            </w:pPr>
          </w:p>
        </w:tc>
      </w:tr>
    </w:tbl>
    <w:p>
      <w:pPr>
        <w:keepNext/>
        <w:spacing w:after="120" w:before="240"/>
        <w:shd w:val="clear" w:color="auto" w:fill="2E4A66"/>
      </w:pPr>
      <w:r>
        <w:rPr>
          <w:rFonts w:ascii="Calibri" w:hAnsi="Calibri" w:eastAsia="PingFang TC"/>
          <w:b/>
          <w:i w:val="0"/>
          <w:color w:val="FFFFFF"/>
          <w:sz w:val="22"/>
        </w:rPr>
        <w:t xml:space="preserve">  SECTION F · CHECKLIST OF SUPPORTING DOCUMENTS</w:t>
      </w:r>
    </w:p>
    <w:p>
      <w:pPr>
        <w:keepNext/>
        <w:spacing w:after="40" w:before="0"/>
      </w:pPr>
      <w:r>
        <w:rPr>
          <w:rFonts w:ascii="Calibri" w:hAnsi="Calibri" w:eastAsia="PingFang TC"/>
          <w:b w:val="0"/>
          <w:i w:val="0"/>
          <w:sz w:val="20"/>
        </w:rPr>
        <w:t>☐    Completed application form</w:t>
      </w:r>
    </w:p>
    <w:p>
      <w:pPr>
        <w:keepNext/>
        <w:spacing w:after="40" w:before="0"/>
      </w:pPr>
      <w:r>
        <w:rPr>
          <w:rFonts w:ascii="Calibri" w:hAnsi="Calibri" w:eastAsia="PingFang TC"/>
          <w:b w:val="0"/>
          <w:i w:val="0"/>
          <w:sz w:val="20"/>
        </w:rPr>
        <w:t>☐    Project proposal (2–3 pages)</w:t>
      </w:r>
    </w:p>
    <w:p>
      <w:pPr>
        <w:keepNext/>
        <w:spacing w:after="40" w:before="0"/>
      </w:pPr>
      <w:r>
        <w:rPr>
          <w:rFonts w:ascii="Calibri" w:hAnsi="Calibri" w:eastAsia="PingFang TC"/>
          <w:b w:val="0"/>
          <w:i w:val="0"/>
          <w:sz w:val="20"/>
        </w:rPr>
        <w:t>☐    Itemised budget</w:t>
      </w:r>
    </w:p>
    <w:p>
      <w:pPr>
        <w:keepNext/>
        <w:spacing w:after="40" w:before="0"/>
      </w:pPr>
      <w:r>
        <w:rPr>
          <w:rFonts w:ascii="Calibri" w:hAnsi="Calibri" w:eastAsia="PingFang TC"/>
          <w:b w:val="0"/>
          <w:i w:val="0"/>
          <w:sz w:val="20"/>
        </w:rPr>
        <w:t>☐    Letter of support from the partner organisation, signed by an authorised officer</w:t>
      </w:r>
    </w:p>
    <w:p>
      <w:pPr>
        <w:spacing w:after="40" w:before="0"/>
      </w:pPr>
      <w:r>
        <w:rPr>
          <w:rFonts w:ascii="Calibri" w:hAnsi="Calibri" w:eastAsia="PingFang TC"/>
          <w:b w:val="0"/>
          <w:i w:val="0"/>
          <w:sz w:val="20"/>
        </w:rPr>
        <w:t>☐    Brief profile / CV of every team member</w:t>
      </w:r>
    </w:p>
    <w:p>
      <w:pPr>
        <w:keepNext/>
        <w:spacing w:after="120" w:before="240"/>
        <w:shd w:val="clear" w:color="auto" w:fill="2E4A66"/>
      </w:pPr>
      <w:r>
        <w:rPr>
          <w:rFonts w:ascii="Calibri" w:hAnsi="Calibri" w:eastAsia="PingFang TC"/>
          <w:b/>
          <w:i w:val="0"/>
          <w:color w:val="FFFFFF"/>
          <w:sz w:val="22"/>
        </w:rPr>
        <w:t xml:space="preserve">  SECTION G · DECLARATION</w:t>
      </w:r>
    </w:p>
    <w:p>
      <w:pPr>
        <w:spacing w:after="80" w:before="0"/>
      </w:pPr>
      <w:r>
        <w:rPr>
          <w:rFonts w:ascii="Calibri" w:hAnsi="Calibri" w:eastAsia="PingFang TC"/>
          <w:b w:val="0"/>
          <w:i w:val="0"/>
          <w:sz w:val="20"/>
        </w:rPr>
        <w:t>We declare that the information given in this application is true and complete. We understand that:</w:t>
      </w:r>
    </w:p>
    <w:p>
      <w:pPr>
        <w:spacing w:after="40" w:before="0"/>
      </w:pPr>
      <w:r>
        <w:rPr>
          <w:rFonts w:ascii="Calibri" w:hAnsi="Calibri" w:eastAsia="PingFang TC"/>
          <w:b w:val="0"/>
          <w:i w:val="0"/>
          <w:sz w:val="20"/>
        </w:rPr>
        <w:t>1.    the grant may only be used for the purposes set out in this application, and expenditure must be kept within the approved budget;</w:t>
      </w:r>
    </w:p>
    <w:p>
      <w:pPr>
        <w:spacing w:after="40" w:before="0"/>
      </w:pPr>
      <w:r>
        <w:rPr>
          <w:rFonts w:ascii="Calibri" w:hAnsi="Calibri" w:eastAsia="PingFang TC"/>
          <w:b w:val="0"/>
          <w:i w:val="0"/>
          <w:sz w:val="20"/>
        </w:rPr>
        <w:t>2.    all expenditure must be accounted for with original receipts and/or payment vouchers submitted to the Finance Office, and reimbursement requests must reach FO at least two weeks before the account closing date;</w:t>
      </w:r>
    </w:p>
    <w:p>
      <w:pPr>
        <w:spacing w:after="40" w:before="0"/>
      </w:pPr>
      <w:r>
        <w:rPr>
          <w:rFonts w:ascii="Calibri" w:hAnsi="Calibri" w:eastAsia="PingFang TC"/>
          <w:b w:val="0"/>
          <w:i w:val="0"/>
          <w:sz w:val="20"/>
        </w:rPr>
        <w:t>3.    an interim report, and a final report with a financial statement, must be submitted as required by LEWI, and any unspent balance will be clawed back;</w:t>
      </w:r>
    </w:p>
    <w:p>
      <w:pPr>
        <w:spacing w:after="40" w:before="0"/>
      </w:pPr>
      <w:r>
        <w:rPr>
          <w:rFonts w:ascii="Calibri" w:hAnsi="Calibri" w:eastAsia="PingFang TC"/>
          <w:b w:val="0"/>
          <w:i w:val="0"/>
          <w:sz w:val="20"/>
        </w:rPr>
        <w:t>4.    the team must present the project at the Community Engagement and Policy Innovation Showcase, and supply photos and/or video clips of the project activities for reporting purposes;</w:t>
      </w:r>
    </w:p>
    <w:p>
      <w:pPr>
        <w:spacing w:after="40" w:before="0"/>
      </w:pPr>
      <w:r>
        <w:rPr>
          <w:rFonts w:ascii="Calibri" w:hAnsi="Calibri" w:eastAsia="PingFang TC"/>
          <w:b w:val="0"/>
          <w:i w:val="0"/>
          <w:sz w:val="20"/>
        </w:rPr>
        <w:t>5.    LEWI and HKBU must be acknowledged in all publicity and outputs arising from the project;</w:t>
      </w:r>
    </w:p>
    <w:p>
      <w:pPr>
        <w:spacing w:after="40" w:before="0"/>
      </w:pPr>
      <w:r>
        <w:rPr>
          <w:rFonts w:ascii="Calibri" w:hAnsi="Calibri" w:eastAsia="PingFang TC"/>
          <w:b w:val="0"/>
          <w:i w:val="0"/>
          <w:sz w:val="20"/>
        </w:rPr>
        <w:t>6.    ethical clearance must be obtained from the University before any fieldwork involving human subjects begins.</w:t>
      </w:r>
    </w:p>
    <w:p>
      <w:pPr>
        <w:spacing w:after="120" w:before="0"/>
      </w:pPr>
      <w:r>
        <w:rPr>
          <w:rFonts w:ascii="Calibri" w:hAnsi="Calibri" w:eastAsia="PingFang TC"/>
          <w:b w:val="0"/>
          <w:i/>
          <w:color w:val="666666"/>
          <w:sz w:val="17"/>
        </w:rPr>
        <w:t>Personal data collected in this form will be used solely for processing this application and for administering the Fund, and will be handled in accordance with the Personal Data (Privacy) Ordinance.</w:t>
      </w:r>
    </w:p>
    <w:tbl>
      <w:tblPr>
        <w:tblStyle w:val="TableGrid"/>
        <w:tblW w:type="auto" w:w="0"/>
        <w:jc w:val="left"/>
        <w:tblLayout w:type="fixed"/>
        <w:tblLook w:firstColumn="1" w:firstRow="1" w:lastColumn="0" w:lastRow="0" w:noHBand="0" w:noVBand="1" w:val="04A0"/>
      </w:tblPr>
      <w:tblGrid>
        <w:gridCol w:w="2244"/>
        <w:gridCol w:w="3978"/>
        <w:gridCol w:w="3978"/>
      </w:tblGrid>
      <w:tr>
        <w:tc>
          <w:tcPr>
            <w:tcW w:type="dxa" w:w="2244"/>
            <w:shd w:val="clear" w:color="auto" w:fill="F2F5F8"/>
          </w:tcPr>
          <w:p>
            <w:pPr>
              <w:spacing w:after="40" w:before="40"/>
            </w:pPr>
            <w:r/>
          </w:p>
        </w:tc>
        <w:tc>
          <w:tcPr>
            <w:tcW w:type="dxa" w:w="3978"/>
            <w:shd w:val="clear" w:color="auto" w:fill="F2F5F8"/>
          </w:tcPr>
          <w:p>
            <w:pPr>
              <w:spacing w:after="40" w:before="40"/>
            </w:pPr>
            <w:r/>
            <w:r>
              <w:rPr>
                <w:rFonts w:ascii="Calibri" w:hAnsi="Calibri" w:eastAsia="PingFang TC"/>
                <w:b/>
                <w:sz w:val="18"/>
              </w:rPr>
              <w:t>Student team leader</w:t>
            </w:r>
          </w:p>
        </w:tc>
        <w:tc>
          <w:tcPr>
            <w:tcW w:type="dxa" w:w="3978"/>
            <w:shd w:val="clear" w:color="auto" w:fill="F2F5F8"/>
          </w:tcPr>
          <w:p>
            <w:pPr>
              <w:spacing w:after="40" w:before="40"/>
            </w:pPr>
            <w:r/>
            <w:r>
              <w:rPr>
                <w:rFonts w:ascii="Calibri" w:hAnsi="Calibri" w:eastAsia="PingFang TC"/>
                <w:b/>
                <w:sz w:val="18"/>
              </w:rPr>
              <w:t>Authorised officer of the partner organisation</w:t>
            </w:r>
          </w:p>
        </w:tc>
      </w:tr>
      <w:tr>
        <w:tc>
          <w:tcPr>
            <w:tcW w:type="dxa" w:w="2244"/>
            <w:shd w:val="clear" w:color="auto" w:fill="F2F5F8"/>
          </w:tcPr>
          <w:p>
            <w:pPr>
              <w:spacing w:after="40" w:before="40"/>
            </w:pPr>
            <w:r/>
            <w:r>
              <w:rPr>
                <w:rFonts w:ascii="Calibri" w:hAnsi="Calibri" w:eastAsia="PingFang TC"/>
                <w:b/>
                <w:sz w:val="20"/>
              </w:rPr>
              <w:t>Name</w:t>
            </w:r>
          </w:p>
        </w:tc>
        <w:tc>
          <w:tcPr>
            <w:tcW w:type="dxa" w:w="3978"/>
          </w:tcPr>
          <w:p>
            <w:pPr>
              <w:spacing w:after="40" w:before="40"/>
            </w:pPr>
            <w:r/>
          </w:p>
          <w:p>
            <w:pPr>
              <w:spacing w:after="40" w:before="40"/>
            </w:pPr>
          </w:p>
        </w:tc>
        <w:tc>
          <w:tcPr>
            <w:tcW w:type="dxa" w:w="3978"/>
          </w:tcPr>
          <w:p>
            <w:pPr>
              <w:spacing w:after="40" w:before="40"/>
            </w:pPr>
            <w:r/>
          </w:p>
          <w:p>
            <w:pPr>
              <w:spacing w:after="40" w:before="40"/>
            </w:pPr>
          </w:p>
        </w:tc>
      </w:tr>
      <w:tr>
        <w:tc>
          <w:tcPr>
            <w:tcW w:type="dxa" w:w="2244"/>
            <w:shd w:val="clear" w:color="auto" w:fill="F2F5F8"/>
          </w:tcPr>
          <w:p>
            <w:pPr>
              <w:spacing w:after="40" w:before="40"/>
            </w:pPr>
            <w:r/>
            <w:r>
              <w:rPr>
                <w:rFonts w:ascii="Calibri" w:hAnsi="Calibri" w:eastAsia="PingFang TC"/>
                <w:b/>
                <w:sz w:val="20"/>
              </w:rPr>
              <w:t>Position</w:t>
            </w:r>
          </w:p>
        </w:tc>
        <w:tc>
          <w:tcPr>
            <w:tcW w:type="dxa" w:w="3978"/>
          </w:tcPr>
          <w:p>
            <w:pPr>
              <w:spacing w:after="40" w:before="40"/>
            </w:pPr>
            <w:r/>
          </w:p>
          <w:p>
            <w:pPr>
              <w:spacing w:after="40" w:before="40"/>
            </w:pPr>
          </w:p>
        </w:tc>
        <w:tc>
          <w:tcPr>
            <w:tcW w:type="dxa" w:w="3978"/>
          </w:tcPr>
          <w:p>
            <w:pPr>
              <w:spacing w:after="40" w:before="40"/>
            </w:pPr>
            <w:r/>
          </w:p>
          <w:p>
            <w:pPr>
              <w:spacing w:after="40" w:before="40"/>
            </w:pPr>
          </w:p>
        </w:tc>
      </w:tr>
      <w:tr>
        <w:tc>
          <w:tcPr>
            <w:tcW w:type="dxa" w:w="2244"/>
            <w:shd w:val="clear" w:color="auto" w:fill="F2F5F8"/>
          </w:tcPr>
          <w:p>
            <w:pPr>
              <w:spacing w:after="40" w:before="40"/>
            </w:pPr>
            <w:r/>
            <w:r>
              <w:rPr>
                <w:rFonts w:ascii="Calibri" w:hAnsi="Calibri" w:eastAsia="PingFang TC"/>
                <w:b/>
                <w:sz w:val="20"/>
              </w:rPr>
              <w:t>Signature</w:t>
            </w:r>
          </w:p>
        </w:tc>
        <w:tc>
          <w:tcPr>
            <w:tcW w:type="dxa" w:w="3978"/>
          </w:tcPr>
          <w:p>
            <w:pPr>
              <w:spacing w:after="40" w:before="40"/>
            </w:pPr>
            <w:r/>
          </w:p>
          <w:p>
            <w:pPr>
              <w:spacing w:after="40" w:before="40"/>
            </w:pPr>
          </w:p>
          <w:p>
            <w:pPr>
              <w:spacing w:after="40" w:before="40"/>
            </w:pPr>
          </w:p>
          <w:p>
            <w:pPr>
              <w:spacing w:after="40" w:before="40"/>
            </w:pPr>
          </w:p>
        </w:tc>
        <w:tc>
          <w:tcPr>
            <w:tcW w:type="dxa" w:w="3978"/>
          </w:tcPr>
          <w:p>
            <w:pPr>
              <w:spacing w:after="40" w:before="40"/>
            </w:pPr>
            <w:r/>
          </w:p>
          <w:p>
            <w:pPr>
              <w:spacing w:after="40" w:before="40"/>
            </w:pPr>
          </w:p>
          <w:p>
            <w:pPr>
              <w:spacing w:after="40" w:before="40"/>
            </w:pPr>
          </w:p>
          <w:p>
            <w:pPr>
              <w:spacing w:after="40" w:before="40"/>
            </w:pPr>
          </w:p>
        </w:tc>
      </w:tr>
      <w:tr>
        <w:tc>
          <w:tcPr>
            <w:tcW w:type="dxa" w:w="2244"/>
            <w:shd w:val="clear" w:color="auto" w:fill="F2F5F8"/>
          </w:tcPr>
          <w:p>
            <w:pPr>
              <w:spacing w:after="40" w:before="40"/>
            </w:pPr>
            <w:r/>
            <w:r>
              <w:rPr>
                <w:rFonts w:ascii="Calibri" w:hAnsi="Calibri" w:eastAsia="PingFang TC"/>
                <w:b/>
                <w:sz w:val="20"/>
              </w:rPr>
              <w:t>Date</w:t>
            </w:r>
          </w:p>
        </w:tc>
        <w:tc>
          <w:tcPr>
            <w:tcW w:type="dxa" w:w="3978"/>
          </w:tcPr>
          <w:p>
            <w:pPr>
              <w:spacing w:after="40" w:before="40"/>
            </w:pPr>
            <w:r/>
          </w:p>
          <w:p>
            <w:pPr>
              <w:spacing w:after="40" w:before="40"/>
            </w:pPr>
          </w:p>
        </w:tc>
        <w:tc>
          <w:tcPr>
            <w:tcW w:type="dxa" w:w="3978"/>
          </w:tcPr>
          <w:p>
            <w:pPr>
              <w:spacing w:after="40" w:before="40"/>
            </w:pPr>
            <w:r/>
          </w:p>
          <w:p>
            <w:pPr>
              <w:spacing w:after="40" w:before="40"/>
            </w:pPr>
          </w:p>
        </w:tc>
      </w:tr>
      <w:tr>
        <w:tc>
          <w:tcPr>
            <w:tcW w:type="dxa" w:w="2244"/>
            <w:shd w:val="clear" w:color="auto" w:fill="F2F5F8"/>
          </w:tcPr>
          <w:p>
            <w:pPr>
              <w:spacing w:after="40" w:before="40"/>
            </w:pPr>
            <w:r/>
            <w:r>
              <w:rPr>
                <w:rFonts w:ascii="Calibri" w:hAnsi="Calibri" w:eastAsia="PingFang TC"/>
                <w:b/>
                <w:sz w:val="20"/>
              </w:rPr>
              <w:t>Organisation chop</w:t>
            </w:r>
          </w:p>
        </w:tc>
        <w:tc>
          <w:tcPr>
            <w:tcW w:type="dxa" w:w="3978"/>
          </w:tcPr>
          <w:p>
            <w:pPr>
              <w:spacing w:after="40" w:before="40"/>
            </w:pPr>
            <w:r/>
            <w:r>
              <w:rPr>
                <w:rFonts w:ascii="Calibri" w:hAnsi="Calibri" w:eastAsia="PingFang TC"/>
                <w:b w:val="0"/>
                <w:sz w:val="20"/>
              </w:rPr>
              <w:t>—</w:t>
            </w:r>
          </w:p>
        </w:tc>
        <w:tc>
          <w:tcPr>
            <w:tcW w:type="dxa" w:w="3978"/>
          </w:tcPr>
          <w:p>
            <w:pPr>
              <w:spacing w:after="40" w:before="40"/>
            </w:pPr>
            <w:r/>
          </w:p>
          <w:p>
            <w:pPr>
              <w:spacing w:after="40" w:before="40"/>
            </w:pPr>
          </w:p>
          <w:p>
            <w:pPr>
              <w:spacing w:after="40" w:before="40"/>
            </w:pPr>
          </w:p>
          <w:p>
            <w:pPr>
              <w:spacing w:after="40" w:before="40"/>
            </w:pPr>
          </w:p>
        </w:tc>
      </w:tr>
    </w:tbl>
    <w:p>
      <w:pPr>
        <w:keepNext/>
        <w:spacing w:after="120" w:before="240"/>
        <w:shd w:val="clear" w:color="auto" w:fill="2E4A66"/>
      </w:pPr>
      <w:r>
        <w:rPr>
          <w:rFonts w:ascii="Calibri" w:hAnsi="Calibri" w:eastAsia="PingFang TC"/>
          <w:b/>
          <w:i w:val="0"/>
          <w:color w:val="FFFFFF"/>
          <w:sz w:val="22"/>
        </w:rPr>
        <w:t xml:space="preserve">  FOR LEWI USE ONLY</w:t>
      </w:r>
    </w:p>
    <w:tbl>
      <w:tblPr>
        <w:tblStyle w:val="TableGrid"/>
        <w:tblW w:type="auto" w:w="0"/>
        <w:jc w:val="left"/>
        <w:tblLayout w:type="fixed"/>
        <w:tblLook w:firstColumn="1" w:firstRow="1" w:lastColumn="0" w:lastRow="0" w:noHBand="0" w:noVBand="1" w:val="04A0"/>
      </w:tblPr>
      <w:tblGrid>
        <w:gridCol w:w="2550"/>
        <w:gridCol w:w="2550"/>
        <w:gridCol w:w="2550"/>
        <w:gridCol w:w="2550"/>
      </w:tblGrid>
      <w:tr>
        <w:tc>
          <w:tcPr>
            <w:tcW w:type="dxa" w:w="2550"/>
            <w:shd w:val="clear" w:color="auto" w:fill="F2F5F8"/>
          </w:tcPr>
          <w:p>
            <w:pPr>
              <w:spacing w:after="40" w:before="40"/>
            </w:pPr>
            <w:r/>
            <w:r>
              <w:rPr>
                <w:rFonts w:ascii="Calibri" w:hAnsi="Calibri" w:eastAsia="PingFang TC"/>
                <w:b/>
                <w:sz w:val="18"/>
              </w:rPr>
              <w:t>Date received</w:t>
            </w:r>
          </w:p>
        </w:tc>
        <w:tc>
          <w:tcPr>
            <w:tcW w:type="dxa" w:w="2550"/>
          </w:tcPr>
          <w:p>
            <w:pPr>
              <w:spacing w:after="40" w:before="40"/>
            </w:pPr>
            <w:r/>
          </w:p>
          <w:p>
            <w:pPr>
              <w:spacing w:after="40" w:before="40"/>
            </w:pPr>
          </w:p>
        </w:tc>
        <w:tc>
          <w:tcPr>
            <w:tcW w:type="dxa" w:w="2550"/>
            <w:shd w:val="clear" w:color="auto" w:fill="F2F5F8"/>
          </w:tcPr>
          <w:p>
            <w:pPr>
              <w:spacing w:after="40" w:before="40"/>
            </w:pPr>
            <w:r/>
            <w:r>
              <w:rPr>
                <w:rFonts w:ascii="Calibri" w:hAnsi="Calibri" w:eastAsia="PingFang TC"/>
                <w:b/>
                <w:sz w:val="18"/>
              </w:rPr>
              <w:t>Reference no.</w:t>
            </w:r>
          </w:p>
        </w:tc>
        <w:tc>
          <w:tcPr>
            <w:tcW w:type="dxa" w:w="2550"/>
          </w:tcPr>
          <w:p>
            <w:pPr>
              <w:spacing w:after="40" w:before="40"/>
            </w:pPr>
            <w:r/>
          </w:p>
          <w:p>
            <w:pPr>
              <w:spacing w:after="40" w:before="40"/>
            </w:pPr>
          </w:p>
        </w:tc>
      </w:tr>
      <w:tr>
        <w:tc>
          <w:tcPr>
            <w:tcW w:type="dxa" w:w="2550"/>
            <w:shd w:val="clear" w:color="auto" w:fill="F2F5F8"/>
          </w:tcPr>
          <w:p>
            <w:pPr>
              <w:spacing w:after="40" w:before="40"/>
            </w:pPr>
            <w:r/>
            <w:r>
              <w:rPr>
                <w:rFonts w:ascii="Calibri" w:hAnsi="Calibri" w:eastAsia="PingFang TC"/>
                <w:b/>
                <w:sz w:val="18"/>
              </w:rPr>
              <w:t>Amount approved</w:t>
            </w:r>
          </w:p>
        </w:tc>
        <w:tc>
          <w:tcPr>
            <w:tcW w:type="dxa" w:w="2550"/>
          </w:tcPr>
          <w:p>
            <w:pPr>
              <w:spacing w:after="40" w:before="40"/>
            </w:pPr>
            <w:r/>
          </w:p>
          <w:p>
            <w:pPr>
              <w:spacing w:after="40" w:before="40"/>
            </w:pPr>
          </w:p>
        </w:tc>
        <w:tc>
          <w:tcPr>
            <w:tcW w:type="dxa" w:w="2550"/>
            <w:shd w:val="clear" w:color="auto" w:fill="F2F5F8"/>
          </w:tcPr>
          <w:p>
            <w:pPr>
              <w:spacing w:after="40" w:before="40"/>
            </w:pPr>
            <w:r/>
            <w:r>
              <w:rPr>
                <w:rFonts w:ascii="Calibri" w:hAnsi="Calibri" w:eastAsia="PingFang TC"/>
                <w:b/>
                <w:sz w:val="18"/>
              </w:rPr>
              <w:t>Approved by / date</w:t>
            </w:r>
          </w:p>
        </w:tc>
        <w:tc>
          <w:tcPr>
            <w:tcW w:type="dxa" w:w="2550"/>
          </w:tcPr>
          <w:p>
            <w:pPr>
              <w:spacing w:after="40" w:before="40"/>
            </w:pPr>
            <w:r/>
          </w:p>
          <w:p>
            <w:pPr>
              <w:spacing w:after="40" w:before="40"/>
            </w:pPr>
          </w:p>
        </w:tc>
      </w:tr>
    </w:tbl>
    <w:p>
      <w:pPr>
        <w:spacing w:after="0" w:before="0"/>
      </w:pPr>
      <w:r>
        <w:rPr>
          <w:rFonts w:ascii="Calibri" w:hAnsi="Calibri" w:eastAsia="PingFang TC"/>
          <w:b w:val="0"/>
          <w:i/>
          <w:color w:val="666666"/>
          <w:sz w:val="17"/>
        </w:rPr>
        <w:t>Enquiry · David C. Lam Institute for East-West Studies (LEWI), Room 1303, Dr. Wu Yee Sun Building, Baptist University Road Campus, Hong Kong Baptist University, Kowloon Tong, Hong Kong · Tel (852) 3411 5352 · Fax (852) 3411 5128 · lewi@hkbu.edu.hk</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PingFang T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